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04F10" w14:textId="64735B58" w:rsidR="009B7D8F" w:rsidRDefault="009B7D8F">
      <w:pPr>
        <w:pStyle w:val="Titel"/>
      </w:pPr>
      <w:r>
        <w:t xml:space="preserve">Podium </w:t>
      </w:r>
      <w:proofErr w:type="spellStart"/>
      <w:r>
        <w:t>Rheinland</w:t>
      </w:r>
      <w:proofErr w:type="spellEnd"/>
      <w:r>
        <w:t>-Pfalz</w:t>
      </w:r>
    </w:p>
    <w:p w14:paraId="528434BE" w14:textId="4CAD26E0" w:rsidR="00A52A76" w:rsidRDefault="003440D8">
      <w:pPr>
        <w:pStyle w:val="Titel"/>
      </w:pPr>
      <w:proofErr w:type="spellStart"/>
      <w:r>
        <w:t>Lesungen</w:t>
      </w:r>
      <w:proofErr w:type="spellEnd"/>
      <w:r>
        <w:t xml:space="preserve">, </w:t>
      </w:r>
      <w:proofErr w:type="spellStart"/>
      <w:r>
        <w:t>Vorträge</w:t>
      </w:r>
      <w:proofErr w:type="spellEnd"/>
      <w:r w:rsidR="008176E1">
        <w:t>,</w:t>
      </w:r>
      <w:r>
        <w:t xml:space="preserve"> </w:t>
      </w:r>
      <w:proofErr w:type="spellStart"/>
      <w:r>
        <w:t>Diskussionen</w:t>
      </w:r>
      <w:proofErr w:type="spellEnd"/>
    </w:p>
    <w:p w14:paraId="34E8378A" w14:textId="77777777" w:rsidR="00A52A76" w:rsidRDefault="003440D8">
      <w:r>
        <w:rPr>
          <w:b/>
        </w:rPr>
        <w:t>Frankfurter Buchmesse | 7. bis 11. Oktober 2026</w:t>
      </w:r>
    </w:p>
    <w:p w14:paraId="4BA76CCB" w14:textId="77777777" w:rsidR="00A52A76" w:rsidRDefault="003440D8">
      <w:pPr>
        <w:pStyle w:val="berschrift1"/>
      </w:pPr>
      <w:r>
        <w:t>Barrierefreie Programmübersicht</w:t>
      </w:r>
    </w:p>
    <w:p w14:paraId="71058268" w14:textId="77777777" w:rsidR="00A52A76" w:rsidRDefault="003440D8">
      <w:r>
        <w:t>Diese Fassung ist linear aufgebaut und nach Tagen und Uhrzeiten gegliedert. Jede Veranstaltung enthält Titel, Verlag beziehungsweise Veranstalter sowie Veranstaltungsart. Die Veranstaltung findet in Halle 3.0 am Stand E 133 statt.</w:t>
      </w:r>
    </w:p>
    <w:p w14:paraId="7B68C7BD" w14:textId="77777777" w:rsidR="00A52A76" w:rsidRDefault="003440D8">
      <w:pPr>
        <w:pStyle w:val="berschrift2"/>
      </w:pPr>
      <w:r>
        <w:t>Veranstaltungsort</w:t>
      </w:r>
    </w:p>
    <w:p w14:paraId="7DC39684" w14:textId="77777777" w:rsidR="00A52A76" w:rsidRDefault="003440D8">
      <w:r>
        <w:t>Frankfurter Buchmesse, Halle 3.0, Stand E 133</w:t>
      </w:r>
    </w:p>
    <w:p w14:paraId="537245B4" w14:textId="77777777" w:rsidR="00A52A76" w:rsidRDefault="003440D8">
      <w:pPr>
        <w:pStyle w:val="berschrift2"/>
      </w:pPr>
      <w:r>
        <w:t>Hinweis</w:t>
      </w:r>
    </w:p>
    <w:p w14:paraId="61E8FF0D" w14:textId="77777777" w:rsidR="00A52A76" w:rsidRDefault="003440D8">
      <w:r>
        <w:t>Weiterführende Informationen zu den Veranstaltungen finden Sie auf den Webseiten der jeweiligen Verlage.</w:t>
      </w:r>
    </w:p>
    <w:p w14:paraId="428D8ECF" w14:textId="77777777" w:rsidR="00A52A76" w:rsidRDefault="003440D8">
      <w:r>
        <w:br w:type="page"/>
      </w:r>
    </w:p>
    <w:p w14:paraId="4BAC630E" w14:textId="77777777" w:rsidR="00A52A76" w:rsidRDefault="003440D8">
      <w:pPr>
        <w:pStyle w:val="berschrift1"/>
      </w:pPr>
      <w:r>
        <w:lastRenderedPageBreak/>
        <w:t>Mittwoch, 7. Oktober 2026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"/>
        <w:gridCol w:w="3960"/>
        <w:gridCol w:w="2448"/>
        <w:gridCol w:w="2088"/>
      </w:tblGrid>
      <w:tr w:rsidR="00A52A76" w14:paraId="48E4EDB7" w14:textId="77777777">
        <w:trPr>
          <w:tblHeader/>
          <w:jc w:val="center"/>
        </w:trPr>
        <w:tc>
          <w:tcPr>
            <w:tcW w:w="1008" w:type="dxa"/>
            <w:shd w:val="clear" w:color="auto" w:fill="123A55"/>
          </w:tcPr>
          <w:p w14:paraId="2F60F158" w14:textId="77777777" w:rsidR="00A52A76" w:rsidRDefault="003440D8">
            <w:r>
              <w:rPr>
                <w:b/>
                <w:color w:val="FFFFFF"/>
                <w:sz w:val="19"/>
              </w:rPr>
              <w:t>Zeit</w:t>
            </w:r>
          </w:p>
        </w:tc>
        <w:tc>
          <w:tcPr>
            <w:tcW w:w="3960" w:type="dxa"/>
            <w:shd w:val="clear" w:color="auto" w:fill="123A55"/>
          </w:tcPr>
          <w:p w14:paraId="35178DF8" w14:textId="77777777" w:rsidR="00A52A76" w:rsidRDefault="003440D8">
            <w:r>
              <w:rPr>
                <w:b/>
                <w:color w:val="FFFFFF"/>
                <w:sz w:val="19"/>
              </w:rPr>
              <w:t>Veranstaltung</w:t>
            </w:r>
          </w:p>
        </w:tc>
        <w:tc>
          <w:tcPr>
            <w:tcW w:w="2448" w:type="dxa"/>
            <w:shd w:val="clear" w:color="auto" w:fill="123A55"/>
          </w:tcPr>
          <w:p w14:paraId="63AE2421" w14:textId="77777777" w:rsidR="00A52A76" w:rsidRDefault="003440D8">
            <w:r>
              <w:rPr>
                <w:b/>
                <w:color w:val="FFFFFF"/>
                <w:sz w:val="19"/>
              </w:rPr>
              <w:t>Verlag / Veranstalter</w:t>
            </w:r>
          </w:p>
        </w:tc>
        <w:tc>
          <w:tcPr>
            <w:tcW w:w="2088" w:type="dxa"/>
            <w:shd w:val="clear" w:color="auto" w:fill="123A55"/>
          </w:tcPr>
          <w:p w14:paraId="2AACF94E" w14:textId="77777777" w:rsidR="00A52A76" w:rsidRDefault="003440D8">
            <w:r>
              <w:rPr>
                <w:b/>
                <w:color w:val="FFFFFF"/>
                <w:sz w:val="19"/>
              </w:rPr>
              <w:t>Format / Bereich</w:t>
            </w:r>
          </w:p>
        </w:tc>
      </w:tr>
      <w:tr w:rsidR="00A52A76" w14:paraId="7D445876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11807128" w14:textId="77777777" w:rsidR="00A52A76" w:rsidRDefault="003440D8">
            <w:r>
              <w:rPr>
                <w:b/>
                <w:sz w:val="18"/>
              </w:rPr>
              <w:t>10:00</w:t>
            </w:r>
          </w:p>
        </w:tc>
        <w:tc>
          <w:tcPr>
            <w:tcW w:w="3960" w:type="dxa"/>
            <w:shd w:val="clear" w:color="auto" w:fill="FFFFFF"/>
          </w:tcPr>
          <w:p w14:paraId="0781BFAF" w14:textId="77777777" w:rsidR="00A52A76" w:rsidRDefault="003440D8">
            <w:r>
              <w:rPr>
                <w:b/>
                <w:sz w:val="18"/>
              </w:rPr>
              <w:t>Kaffee &amp; Klappentexte</w:t>
            </w:r>
          </w:p>
        </w:tc>
        <w:tc>
          <w:tcPr>
            <w:tcW w:w="2448" w:type="dxa"/>
            <w:shd w:val="clear" w:color="auto" w:fill="FFFFFF"/>
          </w:tcPr>
          <w:p w14:paraId="17A3603D" w14:textId="77777777" w:rsidR="00A52A76" w:rsidRDefault="003440D8">
            <w:r>
              <w:rPr>
                <w:sz w:val="18"/>
              </w:rPr>
              <w:t>Börsenverein des Deutschen Buchhandels – Landesverband Hessen, Rheinland-Pfalz, Saarland e. V.</w:t>
            </w:r>
          </w:p>
        </w:tc>
        <w:tc>
          <w:tcPr>
            <w:tcW w:w="2088" w:type="dxa"/>
            <w:shd w:val="clear" w:color="auto" w:fill="FFFFFF"/>
          </w:tcPr>
          <w:p w14:paraId="71AFB875" w14:textId="77777777" w:rsidR="00A52A76" w:rsidRDefault="003440D8">
            <w:r>
              <w:rPr>
                <w:sz w:val="18"/>
              </w:rPr>
              <w:t>Literatur | Gespräch</w:t>
            </w:r>
          </w:p>
        </w:tc>
      </w:tr>
      <w:tr w:rsidR="00A52A76" w14:paraId="2AB0D070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42029FBA" w14:textId="77777777" w:rsidR="00A52A76" w:rsidRDefault="003440D8">
            <w:r>
              <w:rPr>
                <w:b/>
                <w:sz w:val="18"/>
              </w:rPr>
              <w:t>10:30</w:t>
            </w:r>
          </w:p>
        </w:tc>
        <w:tc>
          <w:tcPr>
            <w:tcW w:w="3960" w:type="dxa"/>
            <w:shd w:val="clear" w:color="auto" w:fill="EAF1F5"/>
          </w:tcPr>
          <w:p w14:paraId="79B67BF5" w14:textId="77777777" w:rsidR="00A52A76" w:rsidRDefault="003440D8">
            <w:r>
              <w:rPr>
                <w:b/>
                <w:sz w:val="18"/>
              </w:rPr>
              <w:t>Impulse für ein Leben mit mehr Klarheit und Mut</w:t>
            </w:r>
          </w:p>
        </w:tc>
        <w:tc>
          <w:tcPr>
            <w:tcW w:w="2448" w:type="dxa"/>
            <w:shd w:val="clear" w:color="auto" w:fill="EAF1F5"/>
          </w:tcPr>
          <w:p w14:paraId="68BE5A97" w14:textId="77777777" w:rsidR="00A52A76" w:rsidRDefault="003440D8">
            <w:r>
              <w:rPr>
                <w:sz w:val="18"/>
              </w:rPr>
              <w:t>Mentoren-Media-Verlag</w:t>
            </w:r>
          </w:p>
        </w:tc>
        <w:tc>
          <w:tcPr>
            <w:tcW w:w="2088" w:type="dxa"/>
            <w:shd w:val="clear" w:color="auto" w:fill="EAF1F5"/>
          </w:tcPr>
          <w:p w14:paraId="69A644F8" w14:textId="77777777" w:rsidR="00A52A76" w:rsidRDefault="003440D8">
            <w:r>
              <w:rPr>
                <w:sz w:val="18"/>
              </w:rPr>
              <w:t>Sachbuch | Gespräch</w:t>
            </w:r>
          </w:p>
        </w:tc>
      </w:tr>
      <w:tr w:rsidR="00A52A76" w14:paraId="581B37AC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5C391335" w14:textId="77777777" w:rsidR="00A52A76" w:rsidRDefault="003440D8">
            <w:r>
              <w:rPr>
                <w:b/>
                <w:sz w:val="18"/>
              </w:rPr>
              <w:t>11:00</w:t>
            </w:r>
          </w:p>
        </w:tc>
        <w:tc>
          <w:tcPr>
            <w:tcW w:w="3960" w:type="dxa"/>
            <w:shd w:val="clear" w:color="auto" w:fill="FFFFFF"/>
          </w:tcPr>
          <w:p w14:paraId="14A2ACC7" w14:textId="77777777" w:rsidR="00A52A76" w:rsidRDefault="003440D8">
            <w:r>
              <w:rPr>
                <w:b/>
                <w:sz w:val="18"/>
              </w:rPr>
              <w:t>Bestiarium Groenlandicum: Die mythischen Wesen Grönlands</w:t>
            </w:r>
          </w:p>
        </w:tc>
        <w:tc>
          <w:tcPr>
            <w:tcW w:w="2448" w:type="dxa"/>
            <w:shd w:val="clear" w:color="auto" w:fill="FFFFFF"/>
          </w:tcPr>
          <w:p w14:paraId="3FCAFD93" w14:textId="77777777" w:rsidR="00A52A76" w:rsidRDefault="003440D8">
            <w:r>
              <w:rPr>
                <w:sz w:val="18"/>
              </w:rPr>
              <w:t>Inuit Verlag</w:t>
            </w:r>
          </w:p>
        </w:tc>
        <w:tc>
          <w:tcPr>
            <w:tcW w:w="2088" w:type="dxa"/>
            <w:shd w:val="clear" w:color="auto" w:fill="FFFFFF"/>
          </w:tcPr>
          <w:p w14:paraId="696EBB7A" w14:textId="77777777" w:rsidR="00A52A76" w:rsidRDefault="003440D8">
            <w:r>
              <w:rPr>
                <w:sz w:val="18"/>
              </w:rPr>
              <w:t>Bildung | Lesung</w:t>
            </w:r>
          </w:p>
        </w:tc>
      </w:tr>
      <w:tr w:rsidR="00A52A76" w14:paraId="3F3560E0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2733A118" w14:textId="77777777" w:rsidR="00A52A76" w:rsidRDefault="003440D8">
            <w:r>
              <w:rPr>
                <w:b/>
                <w:sz w:val="18"/>
              </w:rPr>
              <w:t>11:30</w:t>
            </w:r>
          </w:p>
        </w:tc>
        <w:tc>
          <w:tcPr>
            <w:tcW w:w="3960" w:type="dxa"/>
            <w:shd w:val="clear" w:color="auto" w:fill="EAF1F5"/>
          </w:tcPr>
          <w:p w14:paraId="02B7E6DF" w14:textId="77777777" w:rsidR="00A52A76" w:rsidRDefault="003440D8">
            <w:r>
              <w:rPr>
                <w:b/>
                <w:sz w:val="18"/>
              </w:rPr>
              <w:t>Leichtigkeit</w:t>
            </w:r>
          </w:p>
        </w:tc>
        <w:tc>
          <w:tcPr>
            <w:tcW w:w="2448" w:type="dxa"/>
            <w:shd w:val="clear" w:color="auto" w:fill="EAF1F5"/>
          </w:tcPr>
          <w:p w14:paraId="6420A19F" w14:textId="77777777" w:rsidR="00A52A76" w:rsidRDefault="003440D8">
            <w:r>
              <w:rPr>
                <w:sz w:val="18"/>
              </w:rPr>
              <w:t>Wortschau Verlag</w:t>
            </w:r>
          </w:p>
        </w:tc>
        <w:tc>
          <w:tcPr>
            <w:tcW w:w="2088" w:type="dxa"/>
            <w:shd w:val="clear" w:color="auto" w:fill="EAF1F5"/>
          </w:tcPr>
          <w:p w14:paraId="52E53BD6" w14:textId="77777777" w:rsidR="00A52A76" w:rsidRDefault="003440D8">
            <w:r>
              <w:rPr>
                <w:sz w:val="18"/>
              </w:rPr>
              <w:t>Literatur | Lesung</w:t>
            </w:r>
          </w:p>
        </w:tc>
      </w:tr>
      <w:tr w:rsidR="00A52A76" w14:paraId="26609AFB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7DD24CEF" w14:textId="77777777" w:rsidR="00A52A76" w:rsidRDefault="003440D8">
            <w:r>
              <w:rPr>
                <w:b/>
                <w:sz w:val="18"/>
              </w:rPr>
              <w:t>12:00</w:t>
            </w:r>
          </w:p>
        </w:tc>
        <w:tc>
          <w:tcPr>
            <w:tcW w:w="3960" w:type="dxa"/>
            <w:shd w:val="clear" w:color="auto" w:fill="FFFFFF"/>
          </w:tcPr>
          <w:p w14:paraId="07DE6BAE" w14:textId="77777777" w:rsidR="00A52A76" w:rsidRDefault="003440D8">
            <w:r>
              <w:rPr>
                <w:b/>
                <w:sz w:val="18"/>
              </w:rPr>
              <w:t>Mit Sicherheit Ahrtal</w:t>
            </w:r>
          </w:p>
        </w:tc>
        <w:tc>
          <w:tcPr>
            <w:tcW w:w="2448" w:type="dxa"/>
            <w:shd w:val="clear" w:color="auto" w:fill="FFFFFF"/>
          </w:tcPr>
          <w:p w14:paraId="7AD5B99D" w14:textId="77777777" w:rsidR="00A52A76" w:rsidRDefault="003440D8">
            <w:r>
              <w:rPr>
                <w:sz w:val="18"/>
              </w:rPr>
              <w:t>Eifelbildverlag</w:t>
            </w:r>
          </w:p>
        </w:tc>
        <w:tc>
          <w:tcPr>
            <w:tcW w:w="2088" w:type="dxa"/>
            <w:shd w:val="clear" w:color="auto" w:fill="FFFFFF"/>
          </w:tcPr>
          <w:p w14:paraId="743EC035" w14:textId="77777777" w:rsidR="00A52A76" w:rsidRDefault="003440D8">
            <w:r>
              <w:rPr>
                <w:sz w:val="18"/>
              </w:rPr>
              <w:t>Sachbuch | Präsentation</w:t>
            </w:r>
          </w:p>
        </w:tc>
      </w:tr>
      <w:tr w:rsidR="00A52A76" w14:paraId="688299C1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63264E0C" w14:textId="77777777" w:rsidR="00A52A76" w:rsidRDefault="003440D8">
            <w:r>
              <w:rPr>
                <w:b/>
                <w:sz w:val="18"/>
              </w:rPr>
              <w:t>12:30</w:t>
            </w:r>
          </w:p>
        </w:tc>
        <w:tc>
          <w:tcPr>
            <w:tcW w:w="3960" w:type="dxa"/>
            <w:shd w:val="clear" w:color="auto" w:fill="EAF1F5"/>
          </w:tcPr>
          <w:p w14:paraId="4F8D0B69" w14:textId="77777777" w:rsidR="00A52A76" w:rsidRDefault="003440D8">
            <w:r>
              <w:rPr>
                <w:b/>
                <w:sz w:val="18"/>
              </w:rPr>
              <w:t>Der Natur schrecklich schön’ Gewalten</w:t>
            </w:r>
          </w:p>
        </w:tc>
        <w:tc>
          <w:tcPr>
            <w:tcW w:w="2448" w:type="dxa"/>
            <w:shd w:val="clear" w:color="auto" w:fill="EAF1F5"/>
          </w:tcPr>
          <w:p w14:paraId="70FB87F2" w14:textId="77777777" w:rsidR="00A52A76" w:rsidRDefault="003440D8">
            <w:r>
              <w:rPr>
                <w:sz w:val="18"/>
              </w:rPr>
              <w:t>Rhein-Mosel-Verlag</w:t>
            </w:r>
          </w:p>
        </w:tc>
        <w:tc>
          <w:tcPr>
            <w:tcW w:w="2088" w:type="dxa"/>
            <w:shd w:val="clear" w:color="auto" w:fill="EAF1F5"/>
          </w:tcPr>
          <w:p w14:paraId="7C9B2FB8" w14:textId="77777777" w:rsidR="00A52A76" w:rsidRDefault="003440D8">
            <w:r>
              <w:rPr>
                <w:sz w:val="18"/>
              </w:rPr>
              <w:t>Literatur | Präsentation</w:t>
            </w:r>
          </w:p>
        </w:tc>
      </w:tr>
      <w:tr w:rsidR="00A52A76" w14:paraId="7A134C9B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75518150" w14:textId="77777777" w:rsidR="00A52A76" w:rsidRDefault="003440D8">
            <w:r>
              <w:rPr>
                <w:b/>
                <w:sz w:val="18"/>
              </w:rPr>
              <w:t>13:00</w:t>
            </w:r>
          </w:p>
        </w:tc>
        <w:tc>
          <w:tcPr>
            <w:tcW w:w="3960" w:type="dxa"/>
            <w:shd w:val="clear" w:color="auto" w:fill="FFFFFF"/>
          </w:tcPr>
          <w:p w14:paraId="52DAD219" w14:textId="77777777" w:rsidR="00A52A76" w:rsidRDefault="003440D8">
            <w:r>
              <w:rPr>
                <w:b/>
                <w:sz w:val="18"/>
              </w:rPr>
              <w:t>Patient Pflege: Ansichten von innen</w:t>
            </w:r>
          </w:p>
        </w:tc>
        <w:tc>
          <w:tcPr>
            <w:tcW w:w="2448" w:type="dxa"/>
            <w:shd w:val="clear" w:color="auto" w:fill="FFFFFF"/>
          </w:tcPr>
          <w:p w14:paraId="2FBAE29F" w14:textId="77777777" w:rsidR="00A52A76" w:rsidRDefault="003440D8">
            <w:r>
              <w:rPr>
                <w:sz w:val="18"/>
              </w:rPr>
              <w:t>Edition Maya / eXperimenta</w:t>
            </w:r>
          </w:p>
        </w:tc>
        <w:tc>
          <w:tcPr>
            <w:tcW w:w="2088" w:type="dxa"/>
            <w:shd w:val="clear" w:color="auto" w:fill="FFFFFF"/>
          </w:tcPr>
          <w:p w14:paraId="2F94C9ED" w14:textId="77777777" w:rsidR="00A52A76" w:rsidRDefault="003440D8">
            <w:r>
              <w:rPr>
                <w:sz w:val="18"/>
              </w:rPr>
              <w:t>Sachbuch | Diskussion</w:t>
            </w:r>
          </w:p>
        </w:tc>
      </w:tr>
      <w:tr w:rsidR="00A52A76" w14:paraId="060CEB14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516EC966" w14:textId="77777777" w:rsidR="00A52A76" w:rsidRDefault="003440D8">
            <w:r>
              <w:rPr>
                <w:b/>
                <w:sz w:val="18"/>
              </w:rPr>
              <w:t>13:30</w:t>
            </w:r>
          </w:p>
        </w:tc>
        <w:tc>
          <w:tcPr>
            <w:tcW w:w="3960" w:type="dxa"/>
            <w:shd w:val="clear" w:color="auto" w:fill="EAF1F5"/>
          </w:tcPr>
          <w:p w14:paraId="223127E5" w14:textId="77777777" w:rsidR="00A52A76" w:rsidRDefault="003440D8">
            <w:r>
              <w:rPr>
                <w:b/>
                <w:sz w:val="18"/>
              </w:rPr>
              <w:t>Andrea Kuhla: »mit ohne leben« nach einer stillen Geburt</w:t>
            </w:r>
          </w:p>
        </w:tc>
        <w:tc>
          <w:tcPr>
            <w:tcW w:w="2448" w:type="dxa"/>
            <w:shd w:val="clear" w:color="auto" w:fill="EAF1F5"/>
          </w:tcPr>
          <w:p w14:paraId="52D44DDD" w14:textId="77777777" w:rsidR="00A52A76" w:rsidRDefault="003440D8">
            <w:r>
              <w:rPr>
                <w:sz w:val="18"/>
              </w:rPr>
              <w:t>ruach.jetzt</w:t>
            </w:r>
          </w:p>
        </w:tc>
        <w:tc>
          <w:tcPr>
            <w:tcW w:w="2088" w:type="dxa"/>
            <w:shd w:val="clear" w:color="auto" w:fill="EAF1F5"/>
          </w:tcPr>
          <w:p w14:paraId="35BBF0AD" w14:textId="77777777" w:rsidR="00A52A76" w:rsidRDefault="003440D8">
            <w:r>
              <w:rPr>
                <w:sz w:val="18"/>
              </w:rPr>
              <w:t>Sachbuch | Lesung</w:t>
            </w:r>
          </w:p>
        </w:tc>
      </w:tr>
      <w:tr w:rsidR="00A52A76" w14:paraId="023B1373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38A303A8" w14:textId="77777777" w:rsidR="00A52A76" w:rsidRDefault="003440D8">
            <w:r>
              <w:rPr>
                <w:b/>
                <w:sz w:val="18"/>
              </w:rPr>
              <w:t>14:00</w:t>
            </w:r>
          </w:p>
        </w:tc>
        <w:tc>
          <w:tcPr>
            <w:tcW w:w="3960" w:type="dxa"/>
            <w:shd w:val="clear" w:color="auto" w:fill="FFFFFF"/>
          </w:tcPr>
          <w:p w14:paraId="60D01002" w14:textId="77777777" w:rsidR="00A52A76" w:rsidRDefault="003440D8">
            <w:r>
              <w:rPr>
                <w:b/>
                <w:sz w:val="18"/>
              </w:rPr>
              <w:t>Grauland: Buchvorstellung</w:t>
            </w:r>
          </w:p>
        </w:tc>
        <w:tc>
          <w:tcPr>
            <w:tcW w:w="2448" w:type="dxa"/>
            <w:shd w:val="clear" w:color="auto" w:fill="FFFFFF"/>
          </w:tcPr>
          <w:p w14:paraId="2902FD9C" w14:textId="77777777" w:rsidR="00A52A76" w:rsidRDefault="003440D8">
            <w:r>
              <w:rPr>
                <w:sz w:val="18"/>
              </w:rPr>
              <w:t>Rhein-Mosel-Verlag</w:t>
            </w:r>
          </w:p>
        </w:tc>
        <w:tc>
          <w:tcPr>
            <w:tcW w:w="2088" w:type="dxa"/>
            <w:shd w:val="clear" w:color="auto" w:fill="FFFFFF"/>
          </w:tcPr>
          <w:p w14:paraId="72C81E30" w14:textId="77777777" w:rsidR="00A52A76" w:rsidRDefault="003440D8">
            <w:r>
              <w:rPr>
                <w:sz w:val="18"/>
              </w:rPr>
              <w:t>Literatur | Präsentation</w:t>
            </w:r>
          </w:p>
        </w:tc>
      </w:tr>
      <w:tr w:rsidR="00A52A76" w14:paraId="779878F2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2F65C792" w14:textId="77777777" w:rsidR="00A52A76" w:rsidRDefault="003440D8">
            <w:r>
              <w:rPr>
                <w:b/>
                <w:sz w:val="18"/>
              </w:rPr>
              <w:t>14:30</w:t>
            </w:r>
          </w:p>
        </w:tc>
        <w:tc>
          <w:tcPr>
            <w:tcW w:w="3960" w:type="dxa"/>
            <w:shd w:val="clear" w:color="auto" w:fill="EAF1F5"/>
          </w:tcPr>
          <w:p w14:paraId="6EA5E6A2" w14:textId="77777777" w:rsidR="00A52A76" w:rsidRDefault="003440D8">
            <w:r>
              <w:rPr>
                <w:b/>
                <w:sz w:val="18"/>
              </w:rPr>
              <w:t>Späte Ernte</w:t>
            </w:r>
          </w:p>
        </w:tc>
        <w:tc>
          <w:tcPr>
            <w:tcW w:w="2448" w:type="dxa"/>
            <w:shd w:val="clear" w:color="auto" w:fill="EAF1F5"/>
          </w:tcPr>
          <w:p w14:paraId="6D8DC757" w14:textId="77777777" w:rsidR="00A52A76" w:rsidRDefault="003440D8">
            <w:r>
              <w:rPr>
                <w:sz w:val="18"/>
              </w:rPr>
              <w:t>KBV</w:t>
            </w:r>
          </w:p>
        </w:tc>
        <w:tc>
          <w:tcPr>
            <w:tcW w:w="2088" w:type="dxa"/>
            <w:shd w:val="clear" w:color="auto" w:fill="EAF1F5"/>
          </w:tcPr>
          <w:p w14:paraId="7325436C" w14:textId="77777777" w:rsidR="00A52A76" w:rsidRDefault="003440D8">
            <w:r>
              <w:rPr>
                <w:sz w:val="18"/>
              </w:rPr>
              <w:t>Crime | Lesung</w:t>
            </w:r>
          </w:p>
        </w:tc>
      </w:tr>
      <w:tr w:rsidR="00A52A76" w14:paraId="0A70C71C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2F64DFB7" w14:textId="77777777" w:rsidR="00A52A76" w:rsidRDefault="003440D8">
            <w:r>
              <w:rPr>
                <w:b/>
                <w:sz w:val="18"/>
              </w:rPr>
              <w:t>15:00</w:t>
            </w:r>
          </w:p>
        </w:tc>
        <w:tc>
          <w:tcPr>
            <w:tcW w:w="3960" w:type="dxa"/>
            <w:shd w:val="clear" w:color="auto" w:fill="FFFFFF"/>
          </w:tcPr>
          <w:p w14:paraId="4BE73670" w14:textId="77777777" w:rsidR="00A52A76" w:rsidRDefault="003440D8">
            <w:r>
              <w:rPr>
                <w:b/>
                <w:sz w:val="18"/>
              </w:rPr>
              <w:t>Veränderung</w:t>
            </w:r>
          </w:p>
        </w:tc>
        <w:tc>
          <w:tcPr>
            <w:tcW w:w="2448" w:type="dxa"/>
            <w:shd w:val="clear" w:color="auto" w:fill="FFFFFF"/>
          </w:tcPr>
          <w:p w14:paraId="0020410E" w14:textId="77777777" w:rsidR="00A52A76" w:rsidRDefault="003440D8">
            <w:r>
              <w:rPr>
                <w:sz w:val="18"/>
              </w:rPr>
              <w:t>Wortschau Verlag</w:t>
            </w:r>
          </w:p>
        </w:tc>
        <w:tc>
          <w:tcPr>
            <w:tcW w:w="2088" w:type="dxa"/>
            <w:shd w:val="clear" w:color="auto" w:fill="FFFFFF"/>
          </w:tcPr>
          <w:p w14:paraId="706C6BCF" w14:textId="77777777" w:rsidR="00A52A76" w:rsidRDefault="003440D8">
            <w:r>
              <w:rPr>
                <w:sz w:val="18"/>
              </w:rPr>
              <w:t>Literatur | Lesung</w:t>
            </w:r>
          </w:p>
        </w:tc>
      </w:tr>
      <w:tr w:rsidR="00A52A76" w14:paraId="390E62CA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2393360B" w14:textId="77777777" w:rsidR="00A52A76" w:rsidRDefault="003440D8">
            <w:r>
              <w:rPr>
                <w:b/>
                <w:sz w:val="18"/>
              </w:rPr>
              <w:t>15:30</w:t>
            </w:r>
          </w:p>
        </w:tc>
        <w:tc>
          <w:tcPr>
            <w:tcW w:w="3960" w:type="dxa"/>
            <w:shd w:val="clear" w:color="auto" w:fill="EAF1F5"/>
          </w:tcPr>
          <w:p w14:paraId="618D18AA" w14:textId="77777777" w:rsidR="00A52A76" w:rsidRDefault="003440D8">
            <w:r>
              <w:rPr>
                <w:b/>
                <w:sz w:val="18"/>
              </w:rPr>
              <w:t>Podiumsdiskussion: Kinderbuch und KI passen nicht zusammen</w:t>
            </w:r>
          </w:p>
        </w:tc>
        <w:tc>
          <w:tcPr>
            <w:tcW w:w="2448" w:type="dxa"/>
            <w:shd w:val="clear" w:color="auto" w:fill="EAF1F5"/>
          </w:tcPr>
          <w:p w14:paraId="7CF81556" w14:textId="77777777" w:rsidR="00A52A76" w:rsidRDefault="003440D8">
            <w:r>
              <w:rPr>
                <w:sz w:val="18"/>
              </w:rPr>
              <w:t>Buchfink Verlag</w:t>
            </w:r>
          </w:p>
        </w:tc>
        <w:tc>
          <w:tcPr>
            <w:tcW w:w="2088" w:type="dxa"/>
            <w:shd w:val="clear" w:color="auto" w:fill="EAF1F5"/>
          </w:tcPr>
          <w:p w14:paraId="54576D71" w14:textId="77777777" w:rsidR="00A52A76" w:rsidRDefault="003440D8">
            <w:r>
              <w:rPr>
                <w:sz w:val="18"/>
              </w:rPr>
              <w:t>Wissenschaft | Diskussion</w:t>
            </w:r>
          </w:p>
        </w:tc>
      </w:tr>
      <w:tr w:rsidR="00A52A76" w14:paraId="7F9991D9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77F0B7F2" w14:textId="77777777" w:rsidR="00A52A76" w:rsidRDefault="003440D8">
            <w:r>
              <w:rPr>
                <w:b/>
                <w:sz w:val="18"/>
              </w:rPr>
              <w:t>16:00</w:t>
            </w:r>
          </w:p>
        </w:tc>
        <w:tc>
          <w:tcPr>
            <w:tcW w:w="3960" w:type="dxa"/>
            <w:shd w:val="clear" w:color="auto" w:fill="FFFFFF"/>
          </w:tcPr>
          <w:p w14:paraId="68CDB393" w14:textId="77777777" w:rsidR="00A52A76" w:rsidRDefault="003440D8">
            <w:r>
              <w:rPr>
                <w:b/>
                <w:sz w:val="18"/>
              </w:rPr>
              <w:t>Nina George und Petra Gehring: »Alles bald KI?«</w:t>
            </w:r>
          </w:p>
        </w:tc>
        <w:tc>
          <w:tcPr>
            <w:tcW w:w="2448" w:type="dxa"/>
            <w:shd w:val="clear" w:color="auto" w:fill="FFFFFF"/>
          </w:tcPr>
          <w:p w14:paraId="366F0790" w14:textId="77777777" w:rsidR="00A52A76" w:rsidRDefault="003440D8">
            <w:r>
              <w:rPr>
                <w:sz w:val="18"/>
              </w:rPr>
              <w:t>Verlag Hermann Schmidt</w:t>
            </w:r>
          </w:p>
        </w:tc>
        <w:tc>
          <w:tcPr>
            <w:tcW w:w="2088" w:type="dxa"/>
            <w:shd w:val="clear" w:color="auto" w:fill="FFFFFF"/>
          </w:tcPr>
          <w:p w14:paraId="5C81EE23" w14:textId="77777777" w:rsidR="00A52A76" w:rsidRDefault="003440D8">
            <w:r>
              <w:rPr>
                <w:sz w:val="18"/>
              </w:rPr>
              <w:t>Sachbuch | Gesprächsrunde</w:t>
            </w:r>
          </w:p>
        </w:tc>
      </w:tr>
      <w:tr w:rsidR="00A52A76" w14:paraId="2DEB167F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417D2991" w14:textId="77777777" w:rsidR="00A52A76" w:rsidRDefault="003440D8">
            <w:r>
              <w:rPr>
                <w:b/>
                <w:sz w:val="18"/>
              </w:rPr>
              <w:t>16:30</w:t>
            </w:r>
          </w:p>
        </w:tc>
        <w:tc>
          <w:tcPr>
            <w:tcW w:w="3960" w:type="dxa"/>
            <w:shd w:val="clear" w:color="auto" w:fill="EAF1F5"/>
          </w:tcPr>
          <w:p w14:paraId="79B083B4" w14:textId="77777777" w:rsidR="00A52A76" w:rsidRDefault="003440D8">
            <w:r>
              <w:rPr>
                <w:b/>
                <w:sz w:val="18"/>
              </w:rPr>
              <w:t>Römer, Burgen, Bergwerke</w:t>
            </w:r>
          </w:p>
        </w:tc>
        <w:tc>
          <w:tcPr>
            <w:tcW w:w="2448" w:type="dxa"/>
            <w:shd w:val="clear" w:color="auto" w:fill="EAF1F5"/>
          </w:tcPr>
          <w:p w14:paraId="03B97D0A" w14:textId="77777777" w:rsidR="00A52A76" w:rsidRDefault="003440D8">
            <w:r>
              <w:rPr>
                <w:sz w:val="18"/>
              </w:rPr>
              <w:t>Nünnerich-Asmus Verlag</w:t>
            </w:r>
          </w:p>
        </w:tc>
        <w:tc>
          <w:tcPr>
            <w:tcW w:w="2088" w:type="dxa"/>
            <w:shd w:val="clear" w:color="auto" w:fill="EAF1F5"/>
          </w:tcPr>
          <w:p w14:paraId="7DFEAACB" w14:textId="77777777" w:rsidR="00A52A76" w:rsidRDefault="003440D8">
            <w:r>
              <w:rPr>
                <w:sz w:val="18"/>
              </w:rPr>
              <w:t>Bildung | Bebilderter Vortrag</w:t>
            </w:r>
          </w:p>
        </w:tc>
      </w:tr>
      <w:tr w:rsidR="00A52A76" w14:paraId="0C37D3FF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2ECADD94" w14:textId="77777777" w:rsidR="00A52A76" w:rsidRDefault="003440D8">
            <w:r>
              <w:rPr>
                <w:b/>
                <w:sz w:val="18"/>
              </w:rPr>
              <w:t>17:00</w:t>
            </w:r>
          </w:p>
        </w:tc>
        <w:tc>
          <w:tcPr>
            <w:tcW w:w="3960" w:type="dxa"/>
            <w:shd w:val="clear" w:color="auto" w:fill="FFFFFF"/>
          </w:tcPr>
          <w:p w14:paraId="37A34FA2" w14:textId="77777777" w:rsidR="00A52A76" w:rsidRDefault="003440D8">
            <w:r>
              <w:rPr>
                <w:b/>
                <w:sz w:val="18"/>
              </w:rPr>
              <w:t>Was ihr nicht seht: Lesung mit Paulina Rauh</w:t>
            </w:r>
          </w:p>
        </w:tc>
        <w:tc>
          <w:tcPr>
            <w:tcW w:w="2448" w:type="dxa"/>
            <w:shd w:val="clear" w:color="auto" w:fill="FFFFFF"/>
          </w:tcPr>
          <w:p w14:paraId="0F32BDAA" w14:textId="77777777" w:rsidR="00A52A76" w:rsidRDefault="003440D8">
            <w:r>
              <w:rPr>
                <w:sz w:val="18"/>
              </w:rPr>
              <w:t>Buchfink Verlag</w:t>
            </w:r>
          </w:p>
        </w:tc>
        <w:tc>
          <w:tcPr>
            <w:tcW w:w="2088" w:type="dxa"/>
            <w:shd w:val="clear" w:color="auto" w:fill="FFFFFF"/>
          </w:tcPr>
          <w:p w14:paraId="28A2E4FF" w14:textId="77777777" w:rsidR="00A52A76" w:rsidRDefault="003440D8">
            <w:r>
              <w:rPr>
                <w:sz w:val="18"/>
              </w:rPr>
              <w:t>Kinderbuch | Lesung</w:t>
            </w:r>
          </w:p>
        </w:tc>
      </w:tr>
    </w:tbl>
    <w:p w14:paraId="54CC8A71" w14:textId="77777777" w:rsidR="00A52A76" w:rsidRDefault="003440D8">
      <w:r>
        <w:br w:type="page"/>
      </w:r>
    </w:p>
    <w:p w14:paraId="45E802B8" w14:textId="77777777" w:rsidR="00A52A76" w:rsidRDefault="003440D8">
      <w:pPr>
        <w:pStyle w:val="berschrift1"/>
      </w:pPr>
      <w:r>
        <w:lastRenderedPageBreak/>
        <w:t>Donnerstag, 8. Oktober 2026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"/>
        <w:gridCol w:w="3960"/>
        <w:gridCol w:w="2448"/>
        <w:gridCol w:w="2088"/>
      </w:tblGrid>
      <w:tr w:rsidR="00A52A76" w14:paraId="4DD56039" w14:textId="77777777">
        <w:trPr>
          <w:tblHeader/>
          <w:jc w:val="center"/>
        </w:trPr>
        <w:tc>
          <w:tcPr>
            <w:tcW w:w="1008" w:type="dxa"/>
            <w:shd w:val="clear" w:color="auto" w:fill="123A55"/>
          </w:tcPr>
          <w:p w14:paraId="70BD155F" w14:textId="77777777" w:rsidR="00A52A76" w:rsidRDefault="003440D8">
            <w:r>
              <w:rPr>
                <w:b/>
                <w:color w:val="FFFFFF"/>
                <w:sz w:val="19"/>
              </w:rPr>
              <w:t>Zeit</w:t>
            </w:r>
          </w:p>
        </w:tc>
        <w:tc>
          <w:tcPr>
            <w:tcW w:w="3960" w:type="dxa"/>
            <w:shd w:val="clear" w:color="auto" w:fill="123A55"/>
          </w:tcPr>
          <w:p w14:paraId="20E9D71F" w14:textId="77777777" w:rsidR="00A52A76" w:rsidRDefault="003440D8">
            <w:r>
              <w:rPr>
                <w:b/>
                <w:color w:val="FFFFFF"/>
                <w:sz w:val="19"/>
              </w:rPr>
              <w:t>Veranstaltung</w:t>
            </w:r>
          </w:p>
        </w:tc>
        <w:tc>
          <w:tcPr>
            <w:tcW w:w="2448" w:type="dxa"/>
            <w:shd w:val="clear" w:color="auto" w:fill="123A55"/>
          </w:tcPr>
          <w:p w14:paraId="45EE929C" w14:textId="77777777" w:rsidR="00A52A76" w:rsidRDefault="003440D8">
            <w:r>
              <w:rPr>
                <w:b/>
                <w:color w:val="FFFFFF"/>
                <w:sz w:val="19"/>
              </w:rPr>
              <w:t>Verlag / Veranstalter</w:t>
            </w:r>
          </w:p>
        </w:tc>
        <w:tc>
          <w:tcPr>
            <w:tcW w:w="2088" w:type="dxa"/>
            <w:shd w:val="clear" w:color="auto" w:fill="123A55"/>
          </w:tcPr>
          <w:p w14:paraId="6C7B360C" w14:textId="77777777" w:rsidR="00A52A76" w:rsidRDefault="003440D8">
            <w:r>
              <w:rPr>
                <w:b/>
                <w:color w:val="FFFFFF"/>
                <w:sz w:val="19"/>
              </w:rPr>
              <w:t>Format / Bereich</w:t>
            </w:r>
          </w:p>
        </w:tc>
      </w:tr>
      <w:tr w:rsidR="00A52A76" w14:paraId="23922299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0DD939E9" w14:textId="77777777" w:rsidR="00A52A76" w:rsidRDefault="003440D8">
            <w:r>
              <w:rPr>
                <w:b/>
                <w:sz w:val="18"/>
              </w:rPr>
              <w:t>10:00</w:t>
            </w:r>
          </w:p>
        </w:tc>
        <w:tc>
          <w:tcPr>
            <w:tcW w:w="3960" w:type="dxa"/>
            <w:shd w:val="clear" w:color="auto" w:fill="FFFFFF"/>
          </w:tcPr>
          <w:p w14:paraId="618F52E5" w14:textId="77777777" w:rsidR="00A52A76" w:rsidRDefault="003440D8">
            <w:r>
              <w:rPr>
                <w:b/>
                <w:sz w:val="18"/>
              </w:rPr>
              <w:t>Kaffee &amp; Klappentexte</w:t>
            </w:r>
          </w:p>
        </w:tc>
        <w:tc>
          <w:tcPr>
            <w:tcW w:w="2448" w:type="dxa"/>
            <w:shd w:val="clear" w:color="auto" w:fill="FFFFFF"/>
          </w:tcPr>
          <w:p w14:paraId="526BFE52" w14:textId="77777777" w:rsidR="00A52A76" w:rsidRDefault="003440D8">
            <w:r>
              <w:rPr>
                <w:sz w:val="18"/>
              </w:rPr>
              <w:t>Börsenverein des Deutschen Buchhandels – Landesverband Hessen, Rheinland-Pfalz, Saarland e. V.</w:t>
            </w:r>
          </w:p>
        </w:tc>
        <w:tc>
          <w:tcPr>
            <w:tcW w:w="2088" w:type="dxa"/>
            <w:shd w:val="clear" w:color="auto" w:fill="FFFFFF"/>
          </w:tcPr>
          <w:p w14:paraId="1408758B" w14:textId="77777777" w:rsidR="00A52A76" w:rsidRDefault="003440D8">
            <w:r>
              <w:rPr>
                <w:sz w:val="18"/>
              </w:rPr>
              <w:t>Literatur | Gespräch</w:t>
            </w:r>
          </w:p>
        </w:tc>
      </w:tr>
      <w:tr w:rsidR="00A52A76" w14:paraId="15064145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38461DE6" w14:textId="77777777" w:rsidR="00A52A76" w:rsidRDefault="003440D8">
            <w:r>
              <w:rPr>
                <w:b/>
                <w:sz w:val="18"/>
              </w:rPr>
              <w:t>10:30</w:t>
            </w:r>
          </w:p>
        </w:tc>
        <w:tc>
          <w:tcPr>
            <w:tcW w:w="3960" w:type="dxa"/>
            <w:shd w:val="clear" w:color="auto" w:fill="EAF1F5"/>
          </w:tcPr>
          <w:p w14:paraId="74F5E3FB" w14:textId="77777777" w:rsidR="00A52A76" w:rsidRDefault="003440D8">
            <w:r>
              <w:rPr>
                <w:b/>
                <w:sz w:val="18"/>
              </w:rPr>
              <w:t>Das tägliche Brot und Clara Viebigs Berliner Romane</w:t>
            </w:r>
          </w:p>
        </w:tc>
        <w:tc>
          <w:tcPr>
            <w:tcW w:w="2448" w:type="dxa"/>
            <w:shd w:val="clear" w:color="auto" w:fill="EAF1F5"/>
          </w:tcPr>
          <w:p w14:paraId="183815D0" w14:textId="77777777" w:rsidR="00A52A76" w:rsidRDefault="003440D8">
            <w:r>
              <w:rPr>
                <w:sz w:val="18"/>
              </w:rPr>
              <w:t>Rhein-Mosel-Verlag</w:t>
            </w:r>
          </w:p>
        </w:tc>
        <w:tc>
          <w:tcPr>
            <w:tcW w:w="2088" w:type="dxa"/>
            <w:shd w:val="clear" w:color="auto" w:fill="EAF1F5"/>
          </w:tcPr>
          <w:p w14:paraId="3AA98954" w14:textId="77777777" w:rsidR="00A52A76" w:rsidRDefault="003440D8">
            <w:r>
              <w:rPr>
                <w:sz w:val="18"/>
              </w:rPr>
              <w:t>Literatur | Präsentation</w:t>
            </w:r>
          </w:p>
        </w:tc>
      </w:tr>
      <w:tr w:rsidR="00A52A76" w14:paraId="39A7C7D7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2C02C12B" w14:textId="77777777" w:rsidR="00A52A76" w:rsidRDefault="003440D8">
            <w:r>
              <w:rPr>
                <w:b/>
                <w:sz w:val="18"/>
              </w:rPr>
              <w:t>11:00</w:t>
            </w:r>
          </w:p>
        </w:tc>
        <w:tc>
          <w:tcPr>
            <w:tcW w:w="3960" w:type="dxa"/>
            <w:shd w:val="clear" w:color="auto" w:fill="FFFFFF"/>
          </w:tcPr>
          <w:p w14:paraId="00B964F1" w14:textId="77777777" w:rsidR="00A52A76" w:rsidRDefault="003440D8">
            <w:r>
              <w:rPr>
                <w:b/>
                <w:sz w:val="18"/>
              </w:rPr>
              <w:t>Forster &amp; Humboldt: Zwei Weltreisende</w:t>
            </w:r>
          </w:p>
        </w:tc>
        <w:tc>
          <w:tcPr>
            <w:tcW w:w="2448" w:type="dxa"/>
            <w:shd w:val="clear" w:color="auto" w:fill="FFFFFF"/>
          </w:tcPr>
          <w:p w14:paraId="63622E9E" w14:textId="77777777" w:rsidR="00A52A76" w:rsidRDefault="003440D8">
            <w:r>
              <w:rPr>
                <w:sz w:val="18"/>
              </w:rPr>
              <w:t>TabuLitu</w:t>
            </w:r>
          </w:p>
        </w:tc>
        <w:tc>
          <w:tcPr>
            <w:tcW w:w="2088" w:type="dxa"/>
            <w:shd w:val="clear" w:color="auto" w:fill="FFFFFF"/>
          </w:tcPr>
          <w:p w14:paraId="48A33EA9" w14:textId="77777777" w:rsidR="00A52A76" w:rsidRDefault="003440D8">
            <w:r>
              <w:rPr>
                <w:sz w:val="18"/>
              </w:rPr>
              <w:t>Literatur | Vortrag</w:t>
            </w:r>
          </w:p>
        </w:tc>
      </w:tr>
      <w:tr w:rsidR="00A52A76" w14:paraId="39DED2D3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74AA52E7" w14:textId="77777777" w:rsidR="00A52A76" w:rsidRDefault="003440D8">
            <w:r>
              <w:rPr>
                <w:b/>
                <w:sz w:val="18"/>
              </w:rPr>
              <w:t>11:30</w:t>
            </w:r>
          </w:p>
        </w:tc>
        <w:tc>
          <w:tcPr>
            <w:tcW w:w="3960" w:type="dxa"/>
            <w:shd w:val="clear" w:color="auto" w:fill="EAF1F5"/>
          </w:tcPr>
          <w:p w14:paraId="453B52EA" w14:textId="77777777" w:rsidR="00A52A76" w:rsidRDefault="003440D8">
            <w:r>
              <w:rPr>
                <w:b/>
                <w:sz w:val="18"/>
              </w:rPr>
              <w:t>Heidelberger Elegien</w:t>
            </w:r>
          </w:p>
        </w:tc>
        <w:tc>
          <w:tcPr>
            <w:tcW w:w="2448" w:type="dxa"/>
            <w:shd w:val="clear" w:color="auto" w:fill="EAF1F5"/>
          </w:tcPr>
          <w:p w14:paraId="0FE8C389" w14:textId="77777777" w:rsidR="00A52A76" w:rsidRDefault="003440D8">
            <w:r>
              <w:rPr>
                <w:sz w:val="18"/>
              </w:rPr>
              <w:t>Kontrast Verlag</w:t>
            </w:r>
          </w:p>
        </w:tc>
        <w:tc>
          <w:tcPr>
            <w:tcW w:w="2088" w:type="dxa"/>
            <w:shd w:val="clear" w:color="auto" w:fill="EAF1F5"/>
          </w:tcPr>
          <w:p w14:paraId="6FA22127" w14:textId="77777777" w:rsidR="00A52A76" w:rsidRDefault="003440D8">
            <w:r>
              <w:rPr>
                <w:sz w:val="18"/>
              </w:rPr>
              <w:t>Historischer Roman | Präsentation &amp; Lesung</w:t>
            </w:r>
          </w:p>
        </w:tc>
      </w:tr>
      <w:tr w:rsidR="00A52A76" w14:paraId="23F73682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344AB3A8" w14:textId="77777777" w:rsidR="00A52A76" w:rsidRDefault="003440D8">
            <w:r>
              <w:rPr>
                <w:b/>
                <w:sz w:val="18"/>
              </w:rPr>
              <w:t>12:00</w:t>
            </w:r>
          </w:p>
        </w:tc>
        <w:tc>
          <w:tcPr>
            <w:tcW w:w="3960" w:type="dxa"/>
            <w:shd w:val="clear" w:color="auto" w:fill="FFFFFF"/>
          </w:tcPr>
          <w:p w14:paraId="30DB070E" w14:textId="77777777" w:rsidR="00A52A76" w:rsidRDefault="003440D8">
            <w:r>
              <w:rPr>
                <w:b/>
                <w:sz w:val="18"/>
              </w:rPr>
              <w:t>Mosel-Brasilianer*innen</w:t>
            </w:r>
          </w:p>
        </w:tc>
        <w:tc>
          <w:tcPr>
            <w:tcW w:w="2448" w:type="dxa"/>
            <w:shd w:val="clear" w:color="auto" w:fill="FFFFFF"/>
          </w:tcPr>
          <w:p w14:paraId="5DAA6173" w14:textId="77777777" w:rsidR="00A52A76" w:rsidRDefault="003440D8">
            <w:r>
              <w:rPr>
                <w:sz w:val="18"/>
              </w:rPr>
              <w:t>Rhein-Mosel-Verlag</w:t>
            </w:r>
          </w:p>
        </w:tc>
        <w:tc>
          <w:tcPr>
            <w:tcW w:w="2088" w:type="dxa"/>
            <w:shd w:val="clear" w:color="auto" w:fill="FFFFFF"/>
          </w:tcPr>
          <w:p w14:paraId="6C696FE9" w14:textId="77777777" w:rsidR="00A52A76" w:rsidRDefault="003440D8">
            <w:r>
              <w:rPr>
                <w:sz w:val="18"/>
              </w:rPr>
              <w:t>Sachbuch | Präsentation</w:t>
            </w:r>
          </w:p>
        </w:tc>
      </w:tr>
      <w:tr w:rsidR="00A52A76" w14:paraId="2CA4CD71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5DF2CC40" w14:textId="77777777" w:rsidR="00A52A76" w:rsidRDefault="003440D8">
            <w:r>
              <w:rPr>
                <w:b/>
                <w:sz w:val="18"/>
              </w:rPr>
              <w:t>12:30</w:t>
            </w:r>
          </w:p>
        </w:tc>
        <w:tc>
          <w:tcPr>
            <w:tcW w:w="3960" w:type="dxa"/>
            <w:shd w:val="clear" w:color="auto" w:fill="EAF1F5"/>
          </w:tcPr>
          <w:p w14:paraId="4692A7D7" w14:textId="77777777" w:rsidR="00A52A76" w:rsidRDefault="003440D8">
            <w:r>
              <w:rPr>
                <w:b/>
                <w:sz w:val="18"/>
              </w:rPr>
              <w:t>Flitzefüchse: Lesung mit Kai Oppermann</w:t>
            </w:r>
          </w:p>
        </w:tc>
        <w:tc>
          <w:tcPr>
            <w:tcW w:w="2448" w:type="dxa"/>
            <w:shd w:val="clear" w:color="auto" w:fill="EAF1F5"/>
          </w:tcPr>
          <w:p w14:paraId="033DAEDD" w14:textId="77777777" w:rsidR="00A52A76" w:rsidRDefault="003440D8">
            <w:r>
              <w:rPr>
                <w:sz w:val="18"/>
              </w:rPr>
              <w:t>Buchfink Verlag</w:t>
            </w:r>
          </w:p>
        </w:tc>
        <w:tc>
          <w:tcPr>
            <w:tcW w:w="2088" w:type="dxa"/>
            <w:shd w:val="clear" w:color="auto" w:fill="EAF1F5"/>
          </w:tcPr>
          <w:p w14:paraId="7069F9E6" w14:textId="77777777" w:rsidR="00A52A76" w:rsidRDefault="003440D8">
            <w:r>
              <w:rPr>
                <w:sz w:val="18"/>
              </w:rPr>
              <w:t>Kinderbuch | Lesung</w:t>
            </w:r>
          </w:p>
        </w:tc>
      </w:tr>
      <w:tr w:rsidR="00A52A76" w14:paraId="39AEA3FF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496A2D36" w14:textId="77777777" w:rsidR="00A52A76" w:rsidRDefault="003440D8">
            <w:r>
              <w:rPr>
                <w:b/>
                <w:sz w:val="18"/>
              </w:rPr>
              <w:t>13:00</w:t>
            </w:r>
          </w:p>
        </w:tc>
        <w:tc>
          <w:tcPr>
            <w:tcW w:w="3960" w:type="dxa"/>
            <w:shd w:val="clear" w:color="auto" w:fill="FFFFFF"/>
          </w:tcPr>
          <w:p w14:paraId="09553D33" w14:textId="77777777" w:rsidR="00A52A76" w:rsidRDefault="003440D8">
            <w:r>
              <w:rPr>
                <w:b/>
                <w:sz w:val="18"/>
              </w:rPr>
              <w:t>Wissenschaft statt Meinung – auch im Hundetraining</w:t>
            </w:r>
          </w:p>
        </w:tc>
        <w:tc>
          <w:tcPr>
            <w:tcW w:w="2448" w:type="dxa"/>
            <w:shd w:val="clear" w:color="auto" w:fill="FFFFFF"/>
          </w:tcPr>
          <w:p w14:paraId="26197311" w14:textId="77777777" w:rsidR="00A52A76" w:rsidRDefault="003440D8">
            <w:r>
              <w:rPr>
                <w:sz w:val="18"/>
              </w:rPr>
              <w:t>Kynos Verlag</w:t>
            </w:r>
          </w:p>
        </w:tc>
        <w:tc>
          <w:tcPr>
            <w:tcW w:w="2088" w:type="dxa"/>
            <w:shd w:val="clear" w:color="auto" w:fill="FFFFFF"/>
          </w:tcPr>
          <w:p w14:paraId="39602D17" w14:textId="77777777" w:rsidR="00A52A76" w:rsidRDefault="003440D8">
            <w:r>
              <w:rPr>
                <w:sz w:val="18"/>
              </w:rPr>
              <w:t>Sachbuch | Gespräch</w:t>
            </w:r>
          </w:p>
        </w:tc>
      </w:tr>
      <w:tr w:rsidR="00A52A76" w14:paraId="6739D7AE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7BD642E7" w14:textId="77777777" w:rsidR="00A52A76" w:rsidRDefault="003440D8">
            <w:r>
              <w:rPr>
                <w:b/>
                <w:sz w:val="18"/>
              </w:rPr>
              <w:t>13:30</w:t>
            </w:r>
          </w:p>
        </w:tc>
        <w:tc>
          <w:tcPr>
            <w:tcW w:w="3960" w:type="dxa"/>
            <w:shd w:val="clear" w:color="auto" w:fill="EAF1F5"/>
          </w:tcPr>
          <w:p w14:paraId="65D18CE1" w14:textId="77777777" w:rsidR="00A52A76" w:rsidRDefault="003440D8">
            <w:r>
              <w:rPr>
                <w:b/>
                <w:sz w:val="18"/>
              </w:rPr>
              <w:t>D-Mark für den Krieg: Die geheime Sonderserie Bbk II</w:t>
            </w:r>
          </w:p>
        </w:tc>
        <w:tc>
          <w:tcPr>
            <w:tcW w:w="2448" w:type="dxa"/>
            <w:shd w:val="clear" w:color="auto" w:fill="EAF1F5"/>
          </w:tcPr>
          <w:p w14:paraId="33168269" w14:textId="77777777" w:rsidR="00A52A76" w:rsidRDefault="003440D8">
            <w:r>
              <w:rPr>
                <w:sz w:val="18"/>
              </w:rPr>
              <w:t>Regionalia Verlag</w:t>
            </w:r>
          </w:p>
        </w:tc>
        <w:tc>
          <w:tcPr>
            <w:tcW w:w="2088" w:type="dxa"/>
            <w:shd w:val="clear" w:color="auto" w:fill="EAF1F5"/>
          </w:tcPr>
          <w:p w14:paraId="0195B47D" w14:textId="77777777" w:rsidR="00A52A76" w:rsidRDefault="003440D8">
            <w:r>
              <w:rPr>
                <w:sz w:val="18"/>
              </w:rPr>
              <w:t>Sachbuch | Diskussion</w:t>
            </w:r>
          </w:p>
        </w:tc>
      </w:tr>
      <w:tr w:rsidR="00A52A76" w14:paraId="703C6E0F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311417DD" w14:textId="77777777" w:rsidR="00A52A76" w:rsidRDefault="003440D8">
            <w:r>
              <w:rPr>
                <w:b/>
                <w:sz w:val="18"/>
              </w:rPr>
              <w:t>14:00</w:t>
            </w:r>
          </w:p>
        </w:tc>
        <w:tc>
          <w:tcPr>
            <w:tcW w:w="3960" w:type="dxa"/>
            <w:shd w:val="clear" w:color="auto" w:fill="FFFFFF"/>
          </w:tcPr>
          <w:p w14:paraId="6AE43C92" w14:textId="77777777" w:rsidR="00A52A76" w:rsidRDefault="003440D8">
            <w:r>
              <w:rPr>
                <w:b/>
                <w:sz w:val="18"/>
              </w:rPr>
              <w:t>Wer von Ihnen möchte authentischer werden?</w:t>
            </w:r>
          </w:p>
        </w:tc>
        <w:tc>
          <w:tcPr>
            <w:tcW w:w="2448" w:type="dxa"/>
            <w:shd w:val="clear" w:color="auto" w:fill="FFFFFF"/>
          </w:tcPr>
          <w:p w14:paraId="50F48B39" w14:textId="77777777" w:rsidR="00A52A76" w:rsidRDefault="003440D8">
            <w:r>
              <w:rPr>
                <w:sz w:val="18"/>
              </w:rPr>
              <w:t>Empathie Verlag</w:t>
            </w:r>
          </w:p>
        </w:tc>
        <w:tc>
          <w:tcPr>
            <w:tcW w:w="2088" w:type="dxa"/>
            <w:shd w:val="clear" w:color="auto" w:fill="FFFFFF"/>
          </w:tcPr>
          <w:p w14:paraId="508DEFFC" w14:textId="77777777" w:rsidR="00A52A76" w:rsidRDefault="003440D8">
            <w:r>
              <w:rPr>
                <w:sz w:val="18"/>
              </w:rPr>
              <w:t>Sachbuch | Lesung mit Experimenten</w:t>
            </w:r>
          </w:p>
        </w:tc>
      </w:tr>
      <w:tr w:rsidR="00A52A76" w14:paraId="6D0D01C3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59573BA5" w14:textId="77777777" w:rsidR="00A52A76" w:rsidRDefault="003440D8">
            <w:r>
              <w:rPr>
                <w:b/>
                <w:sz w:val="18"/>
              </w:rPr>
              <w:t>14:30</w:t>
            </w:r>
          </w:p>
        </w:tc>
        <w:tc>
          <w:tcPr>
            <w:tcW w:w="3960" w:type="dxa"/>
            <w:shd w:val="clear" w:color="auto" w:fill="EAF1F5"/>
          </w:tcPr>
          <w:p w14:paraId="02980F13" w14:textId="77777777" w:rsidR="00A52A76" w:rsidRDefault="003440D8">
            <w:r>
              <w:rPr>
                <w:b/>
                <w:sz w:val="18"/>
              </w:rPr>
              <w:t>»Ein gefühltes Jahr«: Achtsamkeitsübungen und mehr</w:t>
            </w:r>
          </w:p>
        </w:tc>
        <w:tc>
          <w:tcPr>
            <w:tcW w:w="2448" w:type="dxa"/>
            <w:shd w:val="clear" w:color="auto" w:fill="EAF1F5"/>
          </w:tcPr>
          <w:p w14:paraId="1E86EF1F" w14:textId="77777777" w:rsidR="00A52A76" w:rsidRDefault="003440D8">
            <w:r>
              <w:rPr>
                <w:sz w:val="18"/>
              </w:rPr>
              <w:t>ruach.jetzt</w:t>
            </w:r>
          </w:p>
        </w:tc>
        <w:tc>
          <w:tcPr>
            <w:tcW w:w="2088" w:type="dxa"/>
            <w:shd w:val="clear" w:color="auto" w:fill="EAF1F5"/>
          </w:tcPr>
          <w:p w14:paraId="399039FA" w14:textId="77777777" w:rsidR="00A52A76" w:rsidRDefault="003440D8">
            <w:r>
              <w:rPr>
                <w:sz w:val="18"/>
              </w:rPr>
              <w:t>Sachbuch | Präsentation</w:t>
            </w:r>
          </w:p>
        </w:tc>
      </w:tr>
      <w:tr w:rsidR="00A52A76" w14:paraId="764357BB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27097CCB" w14:textId="77777777" w:rsidR="00A52A76" w:rsidRDefault="003440D8">
            <w:r>
              <w:rPr>
                <w:b/>
                <w:sz w:val="18"/>
              </w:rPr>
              <w:t>15:00</w:t>
            </w:r>
          </w:p>
        </w:tc>
        <w:tc>
          <w:tcPr>
            <w:tcW w:w="3960" w:type="dxa"/>
            <w:shd w:val="clear" w:color="auto" w:fill="FFFFFF"/>
          </w:tcPr>
          <w:p w14:paraId="32054167" w14:textId="77777777" w:rsidR="00A52A76" w:rsidRDefault="003440D8">
            <w:r>
              <w:rPr>
                <w:b/>
                <w:sz w:val="18"/>
              </w:rPr>
              <w:t>Mutig neue Wege gehen und das Leben bewusst gestalten</w:t>
            </w:r>
          </w:p>
        </w:tc>
        <w:tc>
          <w:tcPr>
            <w:tcW w:w="2448" w:type="dxa"/>
            <w:shd w:val="clear" w:color="auto" w:fill="FFFFFF"/>
          </w:tcPr>
          <w:p w14:paraId="0EAAD51A" w14:textId="77777777" w:rsidR="00A52A76" w:rsidRDefault="003440D8">
            <w:r>
              <w:rPr>
                <w:sz w:val="18"/>
              </w:rPr>
              <w:t>Mentoren-Media-Verlag</w:t>
            </w:r>
          </w:p>
        </w:tc>
        <w:tc>
          <w:tcPr>
            <w:tcW w:w="2088" w:type="dxa"/>
            <w:shd w:val="clear" w:color="auto" w:fill="FFFFFF"/>
          </w:tcPr>
          <w:p w14:paraId="4ABE0144" w14:textId="77777777" w:rsidR="00A52A76" w:rsidRDefault="003440D8">
            <w:r>
              <w:rPr>
                <w:sz w:val="18"/>
              </w:rPr>
              <w:t>Sachbuch | Gespräch</w:t>
            </w:r>
          </w:p>
        </w:tc>
      </w:tr>
      <w:tr w:rsidR="00A52A76" w14:paraId="5C4A0FB5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10898C75" w14:textId="77777777" w:rsidR="00A52A76" w:rsidRDefault="003440D8">
            <w:r>
              <w:rPr>
                <w:b/>
                <w:sz w:val="18"/>
              </w:rPr>
              <w:t>15:30</w:t>
            </w:r>
          </w:p>
        </w:tc>
        <w:tc>
          <w:tcPr>
            <w:tcW w:w="3960" w:type="dxa"/>
            <w:shd w:val="clear" w:color="auto" w:fill="EAF1F5"/>
          </w:tcPr>
          <w:p w14:paraId="07DE3129" w14:textId="77777777" w:rsidR="00A52A76" w:rsidRDefault="003440D8">
            <w:r>
              <w:rPr>
                <w:b/>
                <w:sz w:val="18"/>
              </w:rPr>
              <w:t>Zier und Zeichen: Was Männer schmückt</w:t>
            </w:r>
          </w:p>
        </w:tc>
        <w:tc>
          <w:tcPr>
            <w:tcW w:w="2448" w:type="dxa"/>
            <w:shd w:val="clear" w:color="auto" w:fill="EAF1F5"/>
          </w:tcPr>
          <w:p w14:paraId="72109E66" w14:textId="77777777" w:rsidR="00A52A76" w:rsidRDefault="003440D8">
            <w:r>
              <w:rPr>
                <w:sz w:val="18"/>
              </w:rPr>
              <w:t>Nünnerich-Asmus Verlag</w:t>
            </w:r>
          </w:p>
        </w:tc>
        <w:tc>
          <w:tcPr>
            <w:tcW w:w="2088" w:type="dxa"/>
            <w:shd w:val="clear" w:color="auto" w:fill="EAF1F5"/>
          </w:tcPr>
          <w:p w14:paraId="0299AB37" w14:textId="77777777" w:rsidR="00A52A76" w:rsidRDefault="003440D8">
            <w:r>
              <w:rPr>
                <w:sz w:val="18"/>
              </w:rPr>
              <w:t>Sachbuch | Vortrag</w:t>
            </w:r>
          </w:p>
        </w:tc>
      </w:tr>
      <w:tr w:rsidR="00A52A76" w14:paraId="370EAE82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20496B79" w14:textId="77777777" w:rsidR="00A52A76" w:rsidRDefault="003440D8">
            <w:r>
              <w:rPr>
                <w:b/>
                <w:sz w:val="18"/>
              </w:rPr>
              <w:t>16:30</w:t>
            </w:r>
          </w:p>
        </w:tc>
        <w:tc>
          <w:tcPr>
            <w:tcW w:w="3960" w:type="dxa"/>
            <w:shd w:val="clear" w:color="auto" w:fill="FFFFFF"/>
          </w:tcPr>
          <w:p w14:paraId="3BACCDD6" w14:textId="77777777" w:rsidR="00A52A76" w:rsidRDefault="003440D8">
            <w:r>
              <w:rPr>
                <w:b/>
                <w:sz w:val="18"/>
              </w:rPr>
              <w:t>Podiumsdiskussion: Kultur als fünfte Staatsgewalt: Der Buchmarkt in Rheinland-Pfalz zwischen politischem Einfluss und gesellschaftlicher Verantwortung</w:t>
            </w:r>
          </w:p>
        </w:tc>
        <w:tc>
          <w:tcPr>
            <w:tcW w:w="2448" w:type="dxa"/>
            <w:shd w:val="clear" w:color="auto" w:fill="FFFFFF"/>
          </w:tcPr>
          <w:p w14:paraId="6F614C27" w14:textId="77777777" w:rsidR="00A52A76" w:rsidRDefault="003440D8">
            <w:r>
              <w:rPr>
                <w:sz w:val="18"/>
              </w:rPr>
              <w:t>Nünnerich-Asmus Verlag</w:t>
            </w:r>
          </w:p>
        </w:tc>
        <w:tc>
          <w:tcPr>
            <w:tcW w:w="2088" w:type="dxa"/>
            <w:shd w:val="clear" w:color="auto" w:fill="FFFFFF"/>
          </w:tcPr>
          <w:p w14:paraId="02B363F7" w14:textId="77777777" w:rsidR="00A52A76" w:rsidRDefault="003440D8">
            <w:r>
              <w:rPr>
                <w:sz w:val="18"/>
              </w:rPr>
              <w:t>Kultur | Podiumsdiskussion</w:t>
            </w:r>
          </w:p>
        </w:tc>
      </w:tr>
    </w:tbl>
    <w:p w14:paraId="49497869" w14:textId="77777777" w:rsidR="00A52A76" w:rsidRDefault="003440D8">
      <w:r>
        <w:br w:type="page"/>
      </w:r>
    </w:p>
    <w:p w14:paraId="229D340E" w14:textId="77777777" w:rsidR="00A52A76" w:rsidRDefault="003440D8">
      <w:pPr>
        <w:pStyle w:val="berschrift1"/>
      </w:pPr>
      <w:r>
        <w:lastRenderedPageBreak/>
        <w:t>Freitag, 9. Oktober 2026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"/>
        <w:gridCol w:w="3960"/>
        <w:gridCol w:w="2448"/>
        <w:gridCol w:w="2088"/>
      </w:tblGrid>
      <w:tr w:rsidR="00A52A76" w14:paraId="7C47C2B8" w14:textId="77777777">
        <w:trPr>
          <w:tblHeader/>
          <w:jc w:val="center"/>
        </w:trPr>
        <w:tc>
          <w:tcPr>
            <w:tcW w:w="1008" w:type="dxa"/>
            <w:shd w:val="clear" w:color="auto" w:fill="123A55"/>
          </w:tcPr>
          <w:p w14:paraId="03E2C3BF" w14:textId="77777777" w:rsidR="00A52A76" w:rsidRDefault="003440D8">
            <w:r>
              <w:rPr>
                <w:b/>
                <w:color w:val="FFFFFF"/>
                <w:sz w:val="19"/>
              </w:rPr>
              <w:t>Zeit</w:t>
            </w:r>
          </w:p>
        </w:tc>
        <w:tc>
          <w:tcPr>
            <w:tcW w:w="3960" w:type="dxa"/>
            <w:shd w:val="clear" w:color="auto" w:fill="123A55"/>
          </w:tcPr>
          <w:p w14:paraId="2D7C34E1" w14:textId="77777777" w:rsidR="00A52A76" w:rsidRDefault="003440D8">
            <w:r>
              <w:rPr>
                <w:b/>
                <w:color w:val="FFFFFF"/>
                <w:sz w:val="19"/>
              </w:rPr>
              <w:t>Veranstaltung</w:t>
            </w:r>
          </w:p>
        </w:tc>
        <w:tc>
          <w:tcPr>
            <w:tcW w:w="2448" w:type="dxa"/>
            <w:shd w:val="clear" w:color="auto" w:fill="123A55"/>
          </w:tcPr>
          <w:p w14:paraId="110561F3" w14:textId="77777777" w:rsidR="00A52A76" w:rsidRDefault="003440D8">
            <w:r>
              <w:rPr>
                <w:b/>
                <w:color w:val="FFFFFF"/>
                <w:sz w:val="19"/>
              </w:rPr>
              <w:t>Verlag / Veranstalter</w:t>
            </w:r>
          </w:p>
        </w:tc>
        <w:tc>
          <w:tcPr>
            <w:tcW w:w="2088" w:type="dxa"/>
            <w:shd w:val="clear" w:color="auto" w:fill="123A55"/>
          </w:tcPr>
          <w:p w14:paraId="168B6253" w14:textId="77777777" w:rsidR="00A52A76" w:rsidRDefault="003440D8">
            <w:r>
              <w:rPr>
                <w:b/>
                <w:color w:val="FFFFFF"/>
                <w:sz w:val="19"/>
              </w:rPr>
              <w:t>Format / Bereich</w:t>
            </w:r>
          </w:p>
        </w:tc>
      </w:tr>
      <w:tr w:rsidR="00A52A76" w14:paraId="2139251A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6806125D" w14:textId="77777777" w:rsidR="00A52A76" w:rsidRDefault="003440D8">
            <w:r>
              <w:rPr>
                <w:b/>
                <w:sz w:val="18"/>
              </w:rPr>
              <w:t>10:00</w:t>
            </w:r>
          </w:p>
        </w:tc>
        <w:tc>
          <w:tcPr>
            <w:tcW w:w="3960" w:type="dxa"/>
            <w:shd w:val="clear" w:color="auto" w:fill="FFFFFF"/>
          </w:tcPr>
          <w:p w14:paraId="4BFB6E00" w14:textId="77777777" w:rsidR="00A52A76" w:rsidRDefault="003440D8">
            <w:r>
              <w:rPr>
                <w:b/>
                <w:sz w:val="18"/>
              </w:rPr>
              <w:t>Kaffee &amp; Klappentexte</w:t>
            </w:r>
          </w:p>
        </w:tc>
        <w:tc>
          <w:tcPr>
            <w:tcW w:w="2448" w:type="dxa"/>
            <w:shd w:val="clear" w:color="auto" w:fill="FFFFFF"/>
          </w:tcPr>
          <w:p w14:paraId="07B7C547" w14:textId="77777777" w:rsidR="00A52A76" w:rsidRDefault="003440D8">
            <w:r>
              <w:rPr>
                <w:sz w:val="18"/>
              </w:rPr>
              <w:t>Börsenverein des Deutschen Buchhandels – Landesverband Hessen, Rheinland-Pfalz, Saarland e. V.</w:t>
            </w:r>
          </w:p>
        </w:tc>
        <w:tc>
          <w:tcPr>
            <w:tcW w:w="2088" w:type="dxa"/>
            <w:shd w:val="clear" w:color="auto" w:fill="FFFFFF"/>
          </w:tcPr>
          <w:p w14:paraId="3017EF03" w14:textId="77777777" w:rsidR="00A52A76" w:rsidRDefault="003440D8">
            <w:r>
              <w:rPr>
                <w:sz w:val="18"/>
              </w:rPr>
              <w:t>Literatur | Gespräch</w:t>
            </w:r>
          </w:p>
        </w:tc>
      </w:tr>
      <w:tr w:rsidR="00A52A76" w14:paraId="380554E3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28511636" w14:textId="77777777" w:rsidR="00A52A76" w:rsidRDefault="003440D8">
            <w:r>
              <w:rPr>
                <w:b/>
                <w:sz w:val="18"/>
              </w:rPr>
              <w:t>10:30</w:t>
            </w:r>
          </w:p>
        </w:tc>
        <w:tc>
          <w:tcPr>
            <w:tcW w:w="3960" w:type="dxa"/>
            <w:shd w:val="clear" w:color="auto" w:fill="EAF1F5"/>
          </w:tcPr>
          <w:p w14:paraId="49CDDF32" w14:textId="77777777" w:rsidR="00A52A76" w:rsidRDefault="003440D8">
            <w:r>
              <w:rPr>
                <w:b/>
                <w:sz w:val="18"/>
              </w:rPr>
              <w:t>Leichtigkeit für Superhelden</w:t>
            </w:r>
          </w:p>
        </w:tc>
        <w:tc>
          <w:tcPr>
            <w:tcW w:w="2448" w:type="dxa"/>
            <w:shd w:val="clear" w:color="auto" w:fill="EAF1F5"/>
          </w:tcPr>
          <w:p w14:paraId="79F8693C" w14:textId="77777777" w:rsidR="00A52A76" w:rsidRDefault="003440D8">
            <w:r>
              <w:rPr>
                <w:sz w:val="18"/>
              </w:rPr>
              <w:t>Empathie Verlag</w:t>
            </w:r>
          </w:p>
        </w:tc>
        <w:tc>
          <w:tcPr>
            <w:tcW w:w="2088" w:type="dxa"/>
            <w:shd w:val="clear" w:color="auto" w:fill="EAF1F5"/>
          </w:tcPr>
          <w:p w14:paraId="49EA2E77" w14:textId="77777777" w:rsidR="00A52A76" w:rsidRDefault="003440D8">
            <w:r>
              <w:rPr>
                <w:sz w:val="18"/>
              </w:rPr>
              <w:t>Sachbuch | Eventlesung &amp; Diskussion</w:t>
            </w:r>
          </w:p>
        </w:tc>
      </w:tr>
      <w:tr w:rsidR="00A52A76" w14:paraId="5E874AE1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3F965125" w14:textId="77777777" w:rsidR="00A52A76" w:rsidRDefault="003440D8">
            <w:r>
              <w:rPr>
                <w:b/>
                <w:sz w:val="18"/>
              </w:rPr>
              <w:t>11:00</w:t>
            </w:r>
          </w:p>
        </w:tc>
        <w:tc>
          <w:tcPr>
            <w:tcW w:w="3960" w:type="dxa"/>
            <w:shd w:val="clear" w:color="auto" w:fill="FFFFFF"/>
          </w:tcPr>
          <w:p w14:paraId="04B3D9A1" w14:textId="77777777" w:rsidR="00A52A76" w:rsidRDefault="003440D8">
            <w:r>
              <w:rPr>
                <w:b/>
                <w:sz w:val="18"/>
              </w:rPr>
              <w:t>Wir feiern unsere beste Vorleserin: Lill ist Landessiegerin des Vorlesewettbewerbs</w:t>
            </w:r>
          </w:p>
        </w:tc>
        <w:tc>
          <w:tcPr>
            <w:tcW w:w="2448" w:type="dxa"/>
            <w:shd w:val="clear" w:color="auto" w:fill="FFFFFF"/>
          </w:tcPr>
          <w:p w14:paraId="02B09929" w14:textId="77777777" w:rsidR="00A52A76" w:rsidRDefault="003440D8">
            <w:r>
              <w:rPr>
                <w:sz w:val="18"/>
              </w:rPr>
              <w:t>Börsenverein des Deutschen Buchhandels</w:t>
            </w:r>
          </w:p>
        </w:tc>
        <w:tc>
          <w:tcPr>
            <w:tcW w:w="2088" w:type="dxa"/>
            <w:shd w:val="clear" w:color="auto" w:fill="FFFFFF"/>
          </w:tcPr>
          <w:p w14:paraId="4BF058B1" w14:textId="77777777" w:rsidR="00A52A76" w:rsidRDefault="003440D8">
            <w:r>
              <w:rPr>
                <w:sz w:val="18"/>
              </w:rPr>
              <w:t>Gespräch | Vorlesewettbewerb</w:t>
            </w:r>
          </w:p>
        </w:tc>
      </w:tr>
      <w:tr w:rsidR="00A52A76" w14:paraId="3609022D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07507CA6" w14:textId="77777777" w:rsidR="00A52A76" w:rsidRDefault="003440D8">
            <w:r>
              <w:rPr>
                <w:b/>
                <w:sz w:val="18"/>
              </w:rPr>
              <w:t>11:30</w:t>
            </w:r>
          </w:p>
        </w:tc>
        <w:tc>
          <w:tcPr>
            <w:tcW w:w="3960" w:type="dxa"/>
            <w:shd w:val="clear" w:color="auto" w:fill="EAF1F5"/>
          </w:tcPr>
          <w:p w14:paraId="35CA96CA" w14:textId="77777777" w:rsidR="00A52A76" w:rsidRDefault="003440D8">
            <w:r>
              <w:rPr>
                <w:b/>
                <w:sz w:val="18"/>
              </w:rPr>
              <w:t>Amon Metanoia liest aus »Seelenlos«</w:t>
            </w:r>
          </w:p>
        </w:tc>
        <w:tc>
          <w:tcPr>
            <w:tcW w:w="2448" w:type="dxa"/>
            <w:shd w:val="clear" w:color="auto" w:fill="EAF1F5"/>
          </w:tcPr>
          <w:p w14:paraId="38079CD9" w14:textId="77777777" w:rsidR="00A52A76" w:rsidRDefault="003440D8">
            <w:r>
              <w:rPr>
                <w:sz w:val="18"/>
              </w:rPr>
              <w:t>Brot &amp; Kunst-Verlag</w:t>
            </w:r>
          </w:p>
        </w:tc>
        <w:tc>
          <w:tcPr>
            <w:tcW w:w="2088" w:type="dxa"/>
            <w:shd w:val="clear" w:color="auto" w:fill="EAF1F5"/>
          </w:tcPr>
          <w:p w14:paraId="17190607" w14:textId="77777777" w:rsidR="00A52A76" w:rsidRDefault="003440D8">
            <w:r>
              <w:rPr>
                <w:sz w:val="18"/>
              </w:rPr>
              <w:t>Literatur | Lesung</w:t>
            </w:r>
          </w:p>
        </w:tc>
      </w:tr>
      <w:tr w:rsidR="00A52A76" w14:paraId="12464978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12A544B4" w14:textId="77777777" w:rsidR="00A52A76" w:rsidRDefault="003440D8">
            <w:r>
              <w:rPr>
                <w:b/>
                <w:sz w:val="18"/>
              </w:rPr>
              <w:t>12:00</w:t>
            </w:r>
          </w:p>
        </w:tc>
        <w:tc>
          <w:tcPr>
            <w:tcW w:w="3960" w:type="dxa"/>
            <w:shd w:val="clear" w:color="auto" w:fill="FFFFFF"/>
          </w:tcPr>
          <w:p w14:paraId="69496463" w14:textId="77777777" w:rsidR="00A52A76" w:rsidRDefault="003440D8">
            <w:r>
              <w:rPr>
                <w:b/>
                <w:sz w:val="18"/>
              </w:rPr>
              <w:t>Tobias Sauer: Anleitung zur Selbstfindung ohne Weltreise</w:t>
            </w:r>
          </w:p>
        </w:tc>
        <w:tc>
          <w:tcPr>
            <w:tcW w:w="2448" w:type="dxa"/>
            <w:shd w:val="clear" w:color="auto" w:fill="FFFFFF"/>
          </w:tcPr>
          <w:p w14:paraId="3F9D103E" w14:textId="77777777" w:rsidR="00A52A76" w:rsidRDefault="003440D8">
            <w:r>
              <w:rPr>
                <w:sz w:val="18"/>
              </w:rPr>
              <w:t>ruach.jetzt</w:t>
            </w:r>
          </w:p>
        </w:tc>
        <w:tc>
          <w:tcPr>
            <w:tcW w:w="2088" w:type="dxa"/>
            <w:shd w:val="clear" w:color="auto" w:fill="FFFFFF"/>
          </w:tcPr>
          <w:p w14:paraId="0784F20B" w14:textId="77777777" w:rsidR="00A52A76" w:rsidRDefault="003440D8">
            <w:r>
              <w:rPr>
                <w:sz w:val="18"/>
              </w:rPr>
              <w:t>Sachbuch | Lesung</w:t>
            </w:r>
          </w:p>
        </w:tc>
      </w:tr>
      <w:tr w:rsidR="00A52A76" w14:paraId="1728308B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2D7D4049" w14:textId="77777777" w:rsidR="00A52A76" w:rsidRDefault="003440D8">
            <w:r>
              <w:rPr>
                <w:b/>
                <w:sz w:val="18"/>
              </w:rPr>
              <w:t>12:30</w:t>
            </w:r>
          </w:p>
        </w:tc>
        <w:tc>
          <w:tcPr>
            <w:tcW w:w="3960" w:type="dxa"/>
            <w:shd w:val="clear" w:color="auto" w:fill="EAF1F5"/>
          </w:tcPr>
          <w:p w14:paraId="3917F322" w14:textId="77777777" w:rsidR="00A52A76" w:rsidRDefault="003440D8">
            <w:r>
              <w:rPr>
                <w:b/>
                <w:sz w:val="18"/>
              </w:rPr>
              <w:t>Echo. ohne Mund: Heißt Bleiben nicht mehr fortkönnen?</w:t>
            </w:r>
          </w:p>
        </w:tc>
        <w:tc>
          <w:tcPr>
            <w:tcW w:w="2448" w:type="dxa"/>
            <w:shd w:val="clear" w:color="auto" w:fill="EAF1F5"/>
          </w:tcPr>
          <w:p w14:paraId="66D7252F" w14:textId="77777777" w:rsidR="00A52A76" w:rsidRDefault="003440D8">
            <w:r>
              <w:rPr>
                <w:sz w:val="18"/>
              </w:rPr>
              <w:t>Empathie Verlag</w:t>
            </w:r>
          </w:p>
        </w:tc>
        <w:tc>
          <w:tcPr>
            <w:tcW w:w="2088" w:type="dxa"/>
            <w:shd w:val="clear" w:color="auto" w:fill="EAF1F5"/>
          </w:tcPr>
          <w:p w14:paraId="66BA6100" w14:textId="77777777" w:rsidR="00A52A76" w:rsidRDefault="003440D8">
            <w:r>
              <w:rPr>
                <w:sz w:val="18"/>
              </w:rPr>
              <w:t>Literatur | Lesung</w:t>
            </w:r>
          </w:p>
        </w:tc>
      </w:tr>
      <w:tr w:rsidR="00A52A76" w14:paraId="5C64A31B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7BDAFB6A" w14:textId="77777777" w:rsidR="00A52A76" w:rsidRDefault="003440D8">
            <w:r>
              <w:rPr>
                <w:b/>
                <w:sz w:val="18"/>
              </w:rPr>
              <w:t>13:00</w:t>
            </w:r>
          </w:p>
        </w:tc>
        <w:tc>
          <w:tcPr>
            <w:tcW w:w="3960" w:type="dxa"/>
            <w:shd w:val="clear" w:color="auto" w:fill="FFFFFF"/>
          </w:tcPr>
          <w:p w14:paraId="1AEC172F" w14:textId="77777777" w:rsidR="00A52A76" w:rsidRDefault="003440D8">
            <w:r>
              <w:rPr>
                <w:b/>
                <w:sz w:val="18"/>
              </w:rPr>
              <w:t>Buchkampagne für gewaltfreies Hundetraining</w:t>
            </w:r>
          </w:p>
        </w:tc>
        <w:tc>
          <w:tcPr>
            <w:tcW w:w="2448" w:type="dxa"/>
            <w:shd w:val="clear" w:color="auto" w:fill="FFFFFF"/>
          </w:tcPr>
          <w:p w14:paraId="6E421B59" w14:textId="77777777" w:rsidR="00A52A76" w:rsidRDefault="003440D8">
            <w:r>
              <w:rPr>
                <w:sz w:val="18"/>
              </w:rPr>
              <w:t>Kynos Verlag</w:t>
            </w:r>
          </w:p>
        </w:tc>
        <w:tc>
          <w:tcPr>
            <w:tcW w:w="2088" w:type="dxa"/>
            <w:shd w:val="clear" w:color="auto" w:fill="FFFFFF"/>
          </w:tcPr>
          <w:p w14:paraId="792004CA" w14:textId="77777777" w:rsidR="00A52A76" w:rsidRDefault="003440D8">
            <w:r>
              <w:rPr>
                <w:sz w:val="18"/>
              </w:rPr>
              <w:t>Sachbuch | Diskussion</w:t>
            </w:r>
          </w:p>
        </w:tc>
      </w:tr>
      <w:tr w:rsidR="00A52A76" w14:paraId="47A45C4F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1BD2280A" w14:textId="77777777" w:rsidR="00A52A76" w:rsidRDefault="003440D8">
            <w:r>
              <w:rPr>
                <w:b/>
                <w:sz w:val="18"/>
              </w:rPr>
              <w:t>13:30</w:t>
            </w:r>
          </w:p>
        </w:tc>
        <w:tc>
          <w:tcPr>
            <w:tcW w:w="3960" w:type="dxa"/>
            <w:shd w:val="clear" w:color="auto" w:fill="EAF1F5"/>
          </w:tcPr>
          <w:p w14:paraId="6856CA51" w14:textId="77777777" w:rsidR="00A52A76" w:rsidRDefault="003440D8">
            <w:r>
              <w:rPr>
                <w:b/>
                <w:sz w:val="18"/>
              </w:rPr>
              <w:t>Körperbilder</w:t>
            </w:r>
          </w:p>
        </w:tc>
        <w:tc>
          <w:tcPr>
            <w:tcW w:w="2448" w:type="dxa"/>
            <w:shd w:val="clear" w:color="auto" w:fill="EAF1F5"/>
          </w:tcPr>
          <w:p w14:paraId="649C7897" w14:textId="77777777" w:rsidR="00A52A76" w:rsidRDefault="003440D8">
            <w:r>
              <w:rPr>
                <w:sz w:val="18"/>
              </w:rPr>
              <w:t>Wortschau Verlag</w:t>
            </w:r>
          </w:p>
        </w:tc>
        <w:tc>
          <w:tcPr>
            <w:tcW w:w="2088" w:type="dxa"/>
            <w:shd w:val="clear" w:color="auto" w:fill="EAF1F5"/>
          </w:tcPr>
          <w:p w14:paraId="61CB19A9" w14:textId="77777777" w:rsidR="00A52A76" w:rsidRDefault="003440D8">
            <w:r>
              <w:rPr>
                <w:sz w:val="18"/>
              </w:rPr>
              <w:t>Literatur | Lesung</w:t>
            </w:r>
          </w:p>
        </w:tc>
      </w:tr>
      <w:tr w:rsidR="00A52A76" w14:paraId="7CDC4A10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07761C78" w14:textId="77777777" w:rsidR="00A52A76" w:rsidRDefault="003440D8">
            <w:r>
              <w:rPr>
                <w:b/>
                <w:sz w:val="18"/>
              </w:rPr>
              <w:t>14:00</w:t>
            </w:r>
          </w:p>
        </w:tc>
        <w:tc>
          <w:tcPr>
            <w:tcW w:w="3960" w:type="dxa"/>
            <w:shd w:val="clear" w:color="auto" w:fill="FFFFFF"/>
          </w:tcPr>
          <w:p w14:paraId="592ECBEF" w14:textId="77777777" w:rsidR="00A52A76" w:rsidRDefault="003440D8">
            <w:r>
              <w:rPr>
                <w:b/>
                <w:sz w:val="18"/>
              </w:rPr>
              <w:t>»Der Text beobachtet den Leser«</w:t>
            </w:r>
          </w:p>
        </w:tc>
        <w:tc>
          <w:tcPr>
            <w:tcW w:w="2448" w:type="dxa"/>
            <w:shd w:val="clear" w:color="auto" w:fill="FFFFFF"/>
          </w:tcPr>
          <w:p w14:paraId="73526D55" w14:textId="77777777" w:rsidR="00A52A76" w:rsidRDefault="003440D8">
            <w:r>
              <w:rPr>
                <w:sz w:val="18"/>
              </w:rPr>
              <w:t>Einhand Press</w:t>
            </w:r>
          </w:p>
        </w:tc>
        <w:tc>
          <w:tcPr>
            <w:tcW w:w="2088" w:type="dxa"/>
            <w:shd w:val="clear" w:color="auto" w:fill="FFFFFF"/>
          </w:tcPr>
          <w:p w14:paraId="3C394A18" w14:textId="77777777" w:rsidR="00A52A76" w:rsidRDefault="003440D8">
            <w:r>
              <w:rPr>
                <w:sz w:val="18"/>
              </w:rPr>
              <w:t>Literatur | Präsentation</w:t>
            </w:r>
          </w:p>
        </w:tc>
      </w:tr>
      <w:tr w:rsidR="00A52A76" w14:paraId="7A4D4AE5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2A1255BA" w14:textId="77777777" w:rsidR="00A52A76" w:rsidRDefault="003440D8">
            <w:r>
              <w:rPr>
                <w:b/>
                <w:sz w:val="18"/>
              </w:rPr>
              <w:t>14:30</w:t>
            </w:r>
          </w:p>
        </w:tc>
        <w:tc>
          <w:tcPr>
            <w:tcW w:w="3960" w:type="dxa"/>
            <w:shd w:val="clear" w:color="auto" w:fill="EAF1F5"/>
          </w:tcPr>
          <w:p w14:paraId="1C6F9B9C" w14:textId="77777777" w:rsidR="00A52A76" w:rsidRDefault="003440D8">
            <w:r>
              <w:rPr>
                <w:b/>
                <w:sz w:val="18"/>
              </w:rPr>
              <w:t>Kunst und Kultur: Zukunft Mensch – Gespräch über die Zukunft der Menschheit</w:t>
            </w:r>
          </w:p>
        </w:tc>
        <w:tc>
          <w:tcPr>
            <w:tcW w:w="2448" w:type="dxa"/>
            <w:shd w:val="clear" w:color="auto" w:fill="EAF1F5"/>
          </w:tcPr>
          <w:p w14:paraId="00B17DC0" w14:textId="77777777" w:rsidR="00A52A76" w:rsidRDefault="003440D8">
            <w:r>
              <w:rPr>
                <w:sz w:val="18"/>
              </w:rPr>
              <w:t>Edition Maya / eXperimenta</w:t>
            </w:r>
          </w:p>
        </w:tc>
        <w:tc>
          <w:tcPr>
            <w:tcW w:w="2088" w:type="dxa"/>
            <w:shd w:val="clear" w:color="auto" w:fill="EAF1F5"/>
          </w:tcPr>
          <w:p w14:paraId="3431EC91" w14:textId="77777777" w:rsidR="00A52A76" w:rsidRDefault="003440D8">
            <w:r>
              <w:rPr>
                <w:sz w:val="18"/>
              </w:rPr>
              <w:t>Literatur | Gespräch</w:t>
            </w:r>
          </w:p>
        </w:tc>
      </w:tr>
      <w:tr w:rsidR="00A52A76" w14:paraId="27A8E8F8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023F1ED4" w14:textId="77777777" w:rsidR="00A52A76" w:rsidRDefault="003440D8">
            <w:r>
              <w:rPr>
                <w:b/>
                <w:sz w:val="18"/>
              </w:rPr>
              <w:t>15:00</w:t>
            </w:r>
          </w:p>
        </w:tc>
        <w:tc>
          <w:tcPr>
            <w:tcW w:w="3960" w:type="dxa"/>
            <w:shd w:val="clear" w:color="auto" w:fill="FFFFFF"/>
          </w:tcPr>
          <w:p w14:paraId="4A8E6EFA" w14:textId="77777777" w:rsidR="00A52A76" w:rsidRDefault="003440D8">
            <w:r>
              <w:rPr>
                <w:b/>
                <w:sz w:val="18"/>
              </w:rPr>
              <w:t>Ich bin Echo in einer Welt voller Narzissten</w:t>
            </w:r>
          </w:p>
        </w:tc>
        <w:tc>
          <w:tcPr>
            <w:tcW w:w="2448" w:type="dxa"/>
            <w:shd w:val="clear" w:color="auto" w:fill="FFFFFF"/>
          </w:tcPr>
          <w:p w14:paraId="55443CFF" w14:textId="77777777" w:rsidR="00A52A76" w:rsidRDefault="003440D8">
            <w:r>
              <w:rPr>
                <w:sz w:val="18"/>
              </w:rPr>
              <w:t>Empathie Verlag</w:t>
            </w:r>
          </w:p>
        </w:tc>
        <w:tc>
          <w:tcPr>
            <w:tcW w:w="2088" w:type="dxa"/>
            <w:shd w:val="clear" w:color="auto" w:fill="FFFFFF"/>
          </w:tcPr>
          <w:p w14:paraId="35E4DAC1" w14:textId="77777777" w:rsidR="00A52A76" w:rsidRDefault="003440D8">
            <w:r>
              <w:rPr>
                <w:sz w:val="18"/>
              </w:rPr>
              <w:t>Lesung | Eventlesung mit Diskussion</w:t>
            </w:r>
          </w:p>
        </w:tc>
      </w:tr>
      <w:tr w:rsidR="00A52A76" w14:paraId="16D46C9C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15FE372E" w14:textId="77777777" w:rsidR="00A52A76" w:rsidRDefault="003440D8">
            <w:r>
              <w:rPr>
                <w:b/>
                <w:sz w:val="18"/>
              </w:rPr>
              <w:t>15:30</w:t>
            </w:r>
          </w:p>
        </w:tc>
        <w:tc>
          <w:tcPr>
            <w:tcW w:w="3960" w:type="dxa"/>
            <w:shd w:val="clear" w:color="auto" w:fill="EAF1F5"/>
          </w:tcPr>
          <w:p w14:paraId="5497A552" w14:textId="77777777" w:rsidR="00A52A76" w:rsidRDefault="003440D8">
            <w:r>
              <w:rPr>
                <w:b/>
                <w:sz w:val="18"/>
              </w:rPr>
              <w:t>Selbstgespräch</w:t>
            </w:r>
          </w:p>
        </w:tc>
        <w:tc>
          <w:tcPr>
            <w:tcW w:w="2448" w:type="dxa"/>
            <w:shd w:val="clear" w:color="auto" w:fill="EAF1F5"/>
          </w:tcPr>
          <w:p w14:paraId="58AE0AD0" w14:textId="77777777" w:rsidR="00A52A76" w:rsidRDefault="003440D8">
            <w:r>
              <w:rPr>
                <w:sz w:val="18"/>
              </w:rPr>
              <w:t>Wortschau Verlag</w:t>
            </w:r>
          </w:p>
        </w:tc>
        <w:tc>
          <w:tcPr>
            <w:tcW w:w="2088" w:type="dxa"/>
            <w:shd w:val="clear" w:color="auto" w:fill="EAF1F5"/>
          </w:tcPr>
          <w:p w14:paraId="27E1A71B" w14:textId="77777777" w:rsidR="00A52A76" w:rsidRDefault="003440D8">
            <w:r>
              <w:rPr>
                <w:sz w:val="18"/>
              </w:rPr>
              <w:t>Literatur | Lesung</w:t>
            </w:r>
          </w:p>
        </w:tc>
      </w:tr>
      <w:tr w:rsidR="00A52A76" w14:paraId="091010B1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6E57602E" w14:textId="77777777" w:rsidR="00A52A76" w:rsidRDefault="003440D8">
            <w:r>
              <w:rPr>
                <w:b/>
                <w:sz w:val="18"/>
              </w:rPr>
              <w:t>16:00</w:t>
            </w:r>
          </w:p>
        </w:tc>
        <w:tc>
          <w:tcPr>
            <w:tcW w:w="3960" w:type="dxa"/>
            <w:shd w:val="clear" w:color="auto" w:fill="FFFFFF"/>
          </w:tcPr>
          <w:p w14:paraId="2911B7CD" w14:textId="77777777" w:rsidR="00A52A76" w:rsidRDefault="003440D8">
            <w:r>
              <w:rPr>
                <w:b/>
                <w:sz w:val="18"/>
              </w:rPr>
              <w:t>Mit aller Macht: Graphic Novel zur Deutschen Demokratiegeschichte</w:t>
            </w:r>
          </w:p>
        </w:tc>
        <w:tc>
          <w:tcPr>
            <w:tcW w:w="2448" w:type="dxa"/>
            <w:shd w:val="clear" w:color="auto" w:fill="FFFFFF"/>
          </w:tcPr>
          <w:p w14:paraId="27C50D50" w14:textId="77777777" w:rsidR="00A52A76" w:rsidRDefault="003440D8">
            <w:r>
              <w:rPr>
                <w:sz w:val="18"/>
              </w:rPr>
              <w:t>Nünnerich-Asmus Verlag</w:t>
            </w:r>
          </w:p>
        </w:tc>
        <w:tc>
          <w:tcPr>
            <w:tcW w:w="2088" w:type="dxa"/>
            <w:shd w:val="clear" w:color="auto" w:fill="FFFFFF"/>
          </w:tcPr>
          <w:p w14:paraId="4D9C87BC" w14:textId="77777777" w:rsidR="00A52A76" w:rsidRDefault="003440D8">
            <w:r>
              <w:rPr>
                <w:sz w:val="18"/>
              </w:rPr>
              <w:t>Bildung | Bebilderte Präsentation</w:t>
            </w:r>
          </w:p>
        </w:tc>
      </w:tr>
      <w:tr w:rsidR="00A52A76" w14:paraId="6435F4F7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485CFE2A" w14:textId="77777777" w:rsidR="00A52A76" w:rsidRDefault="003440D8">
            <w:r>
              <w:rPr>
                <w:b/>
                <w:sz w:val="18"/>
              </w:rPr>
              <w:t>16:30</w:t>
            </w:r>
          </w:p>
        </w:tc>
        <w:tc>
          <w:tcPr>
            <w:tcW w:w="3960" w:type="dxa"/>
            <w:shd w:val="clear" w:color="auto" w:fill="EAF1F5"/>
          </w:tcPr>
          <w:p w14:paraId="328F5D03" w14:textId="77777777" w:rsidR="00A52A76" w:rsidRDefault="003440D8">
            <w:r>
              <w:rPr>
                <w:b/>
                <w:sz w:val="18"/>
              </w:rPr>
              <w:t>Zwischen Mosel, Saar, Rhein und Main: 50 Jahre Literaturwerk Rheinland-Pfalz-Saar</w:t>
            </w:r>
          </w:p>
        </w:tc>
        <w:tc>
          <w:tcPr>
            <w:tcW w:w="2448" w:type="dxa"/>
            <w:shd w:val="clear" w:color="auto" w:fill="EAF1F5"/>
          </w:tcPr>
          <w:p w14:paraId="40F00811" w14:textId="77777777" w:rsidR="00A52A76" w:rsidRDefault="003440D8">
            <w:r>
              <w:rPr>
                <w:sz w:val="18"/>
              </w:rPr>
              <w:t>Literaturwerk Rheinland-Pfalz-Saar e. V.</w:t>
            </w:r>
          </w:p>
        </w:tc>
        <w:tc>
          <w:tcPr>
            <w:tcW w:w="2088" w:type="dxa"/>
            <w:shd w:val="clear" w:color="auto" w:fill="EAF1F5"/>
          </w:tcPr>
          <w:p w14:paraId="5372550F" w14:textId="77777777" w:rsidR="00A52A76" w:rsidRDefault="003440D8">
            <w:r>
              <w:rPr>
                <w:sz w:val="18"/>
              </w:rPr>
              <w:t>Literatur | Gesprächsrunde / Lesung</w:t>
            </w:r>
          </w:p>
        </w:tc>
      </w:tr>
    </w:tbl>
    <w:p w14:paraId="0503A3BE" w14:textId="77777777" w:rsidR="00A52A76" w:rsidRDefault="003440D8">
      <w:r>
        <w:br w:type="page"/>
      </w:r>
    </w:p>
    <w:p w14:paraId="77AD54BC" w14:textId="77777777" w:rsidR="00A52A76" w:rsidRDefault="003440D8">
      <w:pPr>
        <w:pStyle w:val="berschrift1"/>
      </w:pPr>
      <w:r>
        <w:lastRenderedPageBreak/>
        <w:t>Samstag, 10. Oktober 2026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"/>
        <w:gridCol w:w="3960"/>
        <w:gridCol w:w="2448"/>
        <w:gridCol w:w="2088"/>
      </w:tblGrid>
      <w:tr w:rsidR="00A52A76" w14:paraId="6B8DE623" w14:textId="77777777">
        <w:trPr>
          <w:tblHeader/>
          <w:jc w:val="center"/>
        </w:trPr>
        <w:tc>
          <w:tcPr>
            <w:tcW w:w="1008" w:type="dxa"/>
            <w:shd w:val="clear" w:color="auto" w:fill="123A55"/>
          </w:tcPr>
          <w:p w14:paraId="4F98B0A6" w14:textId="77777777" w:rsidR="00A52A76" w:rsidRDefault="003440D8">
            <w:r>
              <w:rPr>
                <w:b/>
                <w:color w:val="FFFFFF"/>
                <w:sz w:val="19"/>
              </w:rPr>
              <w:t>Zeit</w:t>
            </w:r>
          </w:p>
        </w:tc>
        <w:tc>
          <w:tcPr>
            <w:tcW w:w="3960" w:type="dxa"/>
            <w:shd w:val="clear" w:color="auto" w:fill="123A55"/>
          </w:tcPr>
          <w:p w14:paraId="2FBDAFFD" w14:textId="77777777" w:rsidR="00A52A76" w:rsidRDefault="003440D8">
            <w:r>
              <w:rPr>
                <w:b/>
                <w:color w:val="FFFFFF"/>
                <w:sz w:val="19"/>
              </w:rPr>
              <w:t>Veranstaltung</w:t>
            </w:r>
          </w:p>
        </w:tc>
        <w:tc>
          <w:tcPr>
            <w:tcW w:w="2448" w:type="dxa"/>
            <w:shd w:val="clear" w:color="auto" w:fill="123A55"/>
          </w:tcPr>
          <w:p w14:paraId="1B155507" w14:textId="77777777" w:rsidR="00A52A76" w:rsidRDefault="003440D8">
            <w:r>
              <w:rPr>
                <w:b/>
                <w:color w:val="FFFFFF"/>
                <w:sz w:val="19"/>
              </w:rPr>
              <w:t>Verlag / Veranstalter</w:t>
            </w:r>
          </w:p>
        </w:tc>
        <w:tc>
          <w:tcPr>
            <w:tcW w:w="2088" w:type="dxa"/>
            <w:shd w:val="clear" w:color="auto" w:fill="123A55"/>
          </w:tcPr>
          <w:p w14:paraId="1C6BB866" w14:textId="77777777" w:rsidR="00A52A76" w:rsidRDefault="003440D8">
            <w:r>
              <w:rPr>
                <w:b/>
                <w:color w:val="FFFFFF"/>
                <w:sz w:val="19"/>
              </w:rPr>
              <w:t>Format / Bereich</w:t>
            </w:r>
          </w:p>
        </w:tc>
      </w:tr>
      <w:tr w:rsidR="00A52A76" w14:paraId="0D595221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3DC2B8B0" w14:textId="77777777" w:rsidR="00A52A76" w:rsidRDefault="003440D8">
            <w:r>
              <w:rPr>
                <w:b/>
                <w:sz w:val="18"/>
              </w:rPr>
              <w:t>10:00</w:t>
            </w:r>
          </w:p>
        </w:tc>
        <w:tc>
          <w:tcPr>
            <w:tcW w:w="3960" w:type="dxa"/>
            <w:shd w:val="clear" w:color="auto" w:fill="FFFFFF"/>
          </w:tcPr>
          <w:p w14:paraId="72340808" w14:textId="77777777" w:rsidR="00A52A76" w:rsidRDefault="003440D8">
            <w:r>
              <w:rPr>
                <w:b/>
                <w:sz w:val="18"/>
              </w:rPr>
              <w:t>Kaffee &amp; Klappentexte: Tasse in der Hand, Messe im Kopf: Entspannt vernetzen</w:t>
            </w:r>
          </w:p>
        </w:tc>
        <w:tc>
          <w:tcPr>
            <w:tcW w:w="2448" w:type="dxa"/>
            <w:shd w:val="clear" w:color="auto" w:fill="FFFFFF"/>
          </w:tcPr>
          <w:p w14:paraId="512521C7" w14:textId="77777777" w:rsidR="00A52A76" w:rsidRDefault="003440D8">
            <w:r>
              <w:rPr>
                <w:sz w:val="18"/>
              </w:rPr>
              <w:t>Keine separate Angabe im Flyer</w:t>
            </w:r>
          </w:p>
        </w:tc>
        <w:tc>
          <w:tcPr>
            <w:tcW w:w="2088" w:type="dxa"/>
            <w:shd w:val="clear" w:color="auto" w:fill="FFFFFF"/>
          </w:tcPr>
          <w:p w14:paraId="188DA756" w14:textId="77777777" w:rsidR="00A52A76" w:rsidRDefault="003440D8">
            <w:r>
              <w:rPr>
                <w:sz w:val="18"/>
              </w:rPr>
              <w:t>Veranstaltungshinweis</w:t>
            </w:r>
          </w:p>
        </w:tc>
      </w:tr>
      <w:tr w:rsidR="00A52A76" w14:paraId="17CC2903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36B08532" w14:textId="77777777" w:rsidR="00A52A76" w:rsidRDefault="003440D8">
            <w:r>
              <w:rPr>
                <w:b/>
                <w:sz w:val="18"/>
              </w:rPr>
              <w:t>11:00</w:t>
            </w:r>
          </w:p>
        </w:tc>
        <w:tc>
          <w:tcPr>
            <w:tcW w:w="3960" w:type="dxa"/>
            <w:shd w:val="clear" w:color="auto" w:fill="EAF1F5"/>
          </w:tcPr>
          <w:p w14:paraId="2CF29466" w14:textId="77777777" w:rsidR="00A52A76" w:rsidRDefault="003440D8">
            <w:r>
              <w:rPr>
                <w:b/>
                <w:sz w:val="18"/>
              </w:rPr>
              <w:t>Wege in und aus der Katastrophe</w:t>
            </w:r>
          </w:p>
        </w:tc>
        <w:tc>
          <w:tcPr>
            <w:tcW w:w="2448" w:type="dxa"/>
            <w:shd w:val="clear" w:color="auto" w:fill="EAF1F5"/>
          </w:tcPr>
          <w:p w14:paraId="7133E099" w14:textId="77777777" w:rsidR="00A52A76" w:rsidRDefault="003440D8">
            <w:r>
              <w:rPr>
                <w:sz w:val="18"/>
              </w:rPr>
              <w:t>Rhein-Mosel-Verlag</w:t>
            </w:r>
          </w:p>
        </w:tc>
        <w:tc>
          <w:tcPr>
            <w:tcW w:w="2088" w:type="dxa"/>
            <w:shd w:val="clear" w:color="auto" w:fill="EAF1F5"/>
          </w:tcPr>
          <w:p w14:paraId="6E3C3BB9" w14:textId="77777777" w:rsidR="00A52A76" w:rsidRDefault="003440D8">
            <w:r>
              <w:rPr>
                <w:sz w:val="18"/>
              </w:rPr>
              <w:t>Sachbuch | Präsentation</w:t>
            </w:r>
          </w:p>
        </w:tc>
      </w:tr>
      <w:tr w:rsidR="00A52A76" w14:paraId="3D3B68D5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0E4E14DC" w14:textId="77777777" w:rsidR="00A52A76" w:rsidRDefault="003440D8">
            <w:r>
              <w:rPr>
                <w:b/>
                <w:sz w:val="18"/>
              </w:rPr>
              <w:t>11:30</w:t>
            </w:r>
          </w:p>
        </w:tc>
        <w:tc>
          <w:tcPr>
            <w:tcW w:w="3960" w:type="dxa"/>
            <w:shd w:val="clear" w:color="auto" w:fill="FFFFFF"/>
          </w:tcPr>
          <w:p w14:paraId="6482FB4F" w14:textId="77777777" w:rsidR="00A52A76" w:rsidRDefault="003440D8">
            <w:r>
              <w:rPr>
                <w:b/>
                <w:sz w:val="18"/>
              </w:rPr>
              <w:t>Opus: Vom Mönch und Menschen</w:t>
            </w:r>
          </w:p>
        </w:tc>
        <w:tc>
          <w:tcPr>
            <w:tcW w:w="2448" w:type="dxa"/>
            <w:shd w:val="clear" w:color="auto" w:fill="FFFFFF"/>
          </w:tcPr>
          <w:p w14:paraId="0FEFF92B" w14:textId="77777777" w:rsidR="00A52A76" w:rsidRDefault="003440D8">
            <w:r>
              <w:rPr>
                <w:sz w:val="18"/>
              </w:rPr>
              <w:t>Edition Maya / eXperimenta</w:t>
            </w:r>
          </w:p>
        </w:tc>
        <w:tc>
          <w:tcPr>
            <w:tcW w:w="2088" w:type="dxa"/>
            <w:shd w:val="clear" w:color="auto" w:fill="FFFFFF"/>
          </w:tcPr>
          <w:p w14:paraId="04369694" w14:textId="77777777" w:rsidR="00A52A76" w:rsidRDefault="003440D8">
            <w:r>
              <w:rPr>
                <w:sz w:val="18"/>
              </w:rPr>
              <w:t>Literatur | Gespräch</w:t>
            </w:r>
          </w:p>
        </w:tc>
      </w:tr>
      <w:tr w:rsidR="00A52A76" w14:paraId="548A1D80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2B318EA5" w14:textId="77777777" w:rsidR="00A52A76" w:rsidRDefault="003440D8">
            <w:r>
              <w:rPr>
                <w:b/>
                <w:sz w:val="18"/>
              </w:rPr>
              <w:t>12:00</w:t>
            </w:r>
          </w:p>
        </w:tc>
        <w:tc>
          <w:tcPr>
            <w:tcW w:w="3960" w:type="dxa"/>
            <w:shd w:val="clear" w:color="auto" w:fill="EAF1F5"/>
          </w:tcPr>
          <w:p w14:paraId="273A0C8F" w14:textId="77777777" w:rsidR="00A52A76" w:rsidRDefault="003440D8">
            <w:r>
              <w:rPr>
                <w:b/>
                <w:sz w:val="18"/>
              </w:rPr>
              <w:t>Hotel der Träume: Bei sich selbst einchecken</w:t>
            </w:r>
          </w:p>
        </w:tc>
        <w:tc>
          <w:tcPr>
            <w:tcW w:w="2448" w:type="dxa"/>
            <w:shd w:val="clear" w:color="auto" w:fill="EAF1F5"/>
          </w:tcPr>
          <w:p w14:paraId="7900A1C3" w14:textId="77777777" w:rsidR="00A52A76" w:rsidRDefault="003440D8">
            <w:r>
              <w:rPr>
                <w:sz w:val="18"/>
              </w:rPr>
              <w:t>Empathie Verlag</w:t>
            </w:r>
          </w:p>
        </w:tc>
        <w:tc>
          <w:tcPr>
            <w:tcW w:w="2088" w:type="dxa"/>
            <w:shd w:val="clear" w:color="auto" w:fill="EAF1F5"/>
          </w:tcPr>
          <w:p w14:paraId="284AB18C" w14:textId="77777777" w:rsidR="00A52A76" w:rsidRDefault="003440D8">
            <w:r>
              <w:rPr>
                <w:sz w:val="18"/>
              </w:rPr>
              <w:t>Literatur | Literarisches Gespräch</w:t>
            </w:r>
          </w:p>
        </w:tc>
      </w:tr>
      <w:tr w:rsidR="00A52A76" w14:paraId="1647F8F6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519AA8F1" w14:textId="77777777" w:rsidR="00A52A76" w:rsidRDefault="003440D8">
            <w:r>
              <w:rPr>
                <w:b/>
                <w:sz w:val="18"/>
              </w:rPr>
              <w:t>12:30</w:t>
            </w:r>
          </w:p>
        </w:tc>
        <w:tc>
          <w:tcPr>
            <w:tcW w:w="3960" w:type="dxa"/>
            <w:shd w:val="clear" w:color="auto" w:fill="FFFFFF"/>
          </w:tcPr>
          <w:p w14:paraId="354FFF8A" w14:textId="77777777" w:rsidR="00A52A76" w:rsidRDefault="003440D8">
            <w:r>
              <w:rPr>
                <w:b/>
                <w:sz w:val="18"/>
              </w:rPr>
              <w:t>Schon wieder ein Mord, Mylord</w:t>
            </w:r>
          </w:p>
        </w:tc>
        <w:tc>
          <w:tcPr>
            <w:tcW w:w="2448" w:type="dxa"/>
            <w:shd w:val="clear" w:color="auto" w:fill="FFFFFF"/>
          </w:tcPr>
          <w:p w14:paraId="590B30BD" w14:textId="77777777" w:rsidR="00A52A76" w:rsidRDefault="003440D8">
            <w:r>
              <w:rPr>
                <w:sz w:val="18"/>
              </w:rPr>
              <w:t>KBV</w:t>
            </w:r>
          </w:p>
        </w:tc>
        <w:tc>
          <w:tcPr>
            <w:tcW w:w="2088" w:type="dxa"/>
            <w:shd w:val="clear" w:color="auto" w:fill="FFFFFF"/>
          </w:tcPr>
          <w:p w14:paraId="1D59BA2C" w14:textId="77777777" w:rsidR="00A52A76" w:rsidRDefault="003440D8">
            <w:r>
              <w:rPr>
                <w:sz w:val="18"/>
              </w:rPr>
              <w:t>Crime | Lesung</w:t>
            </w:r>
          </w:p>
        </w:tc>
      </w:tr>
      <w:tr w:rsidR="00A52A76" w14:paraId="0B54A4EB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6226BA13" w14:textId="77777777" w:rsidR="00A52A76" w:rsidRDefault="003440D8">
            <w:r>
              <w:rPr>
                <w:b/>
                <w:sz w:val="18"/>
              </w:rPr>
              <w:t>13:00</w:t>
            </w:r>
          </w:p>
        </w:tc>
        <w:tc>
          <w:tcPr>
            <w:tcW w:w="3960" w:type="dxa"/>
            <w:shd w:val="clear" w:color="auto" w:fill="EAF1F5"/>
          </w:tcPr>
          <w:p w14:paraId="02BD5A66" w14:textId="77777777" w:rsidR="00A52A76" w:rsidRDefault="003440D8">
            <w:r>
              <w:rPr>
                <w:b/>
                <w:sz w:val="18"/>
              </w:rPr>
              <w:t>Stella Polaris* Ulloriarsuaq: Grönland leuchtet</w:t>
            </w:r>
          </w:p>
        </w:tc>
        <w:tc>
          <w:tcPr>
            <w:tcW w:w="2448" w:type="dxa"/>
            <w:shd w:val="clear" w:color="auto" w:fill="EAF1F5"/>
          </w:tcPr>
          <w:p w14:paraId="3541B952" w14:textId="77777777" w:rsidR="00A52A76" w:rsidRDefault="003440D8">
            <w:r>
              <w:rPr>
                <w:sz w:val="18"/>
              </w:rPr>
              <w:t>Kraterleuchten</w:t>
            </w:r>
          </w:p>
        </w:tc>
        <w:tc>
          <w:tcPr>
            <w:tcW w:w="2088" w:type="dxa"/>
            <w:shd w:val="clear" w:color="auto" w:fill="EAF1F5"/>
          </w:tcPr>
          <w:p w14:paraId="356F5675" w14:textId="77777777" w:rsidR="00A52A76" w:rsidRDefault="003440D8">
            <w:r>
              <w:rPr>
                <w:sz w:val="18"/>
              </w:rPr>
              <w:t>Wissenschaft | Bild und Videovortrag</w:t>
            </w:r>
          </w:p>
        </w:tc>
      </w:tr>
      <w:tr w:rsidR="00A52A76" w14:paraId="14A2F7C5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494779C0" w14:textId="77777777" w:rsidR="00A52A76" w:rsidRDefault="003440D8">
            <w:r>
              <w:rPr>
                <w:b/>
                <w:sz w:val="18"/>
              </w:rPr>
              <w:t>13:30</w:t>
            </w:r>
          </w:p>
        </w:tc>
        <w:tc>
          <w:tcPr>
            <w:tcW w:w="3960" w:type="dxa"/>
            <w:shd w:val="clear" w:color="auto" w:fill="FFFFFF"/>
          </w:tcPr>
          <w:p w14:paraId="5616A54C" w14:textId="77777777" w:rsidR="00A52A76" w:rsidRDefault="003440D8">
            <w:r>
              <w:rPr>
                <w:b/>
                <w:sz w:val="18"/>
              </w:rPr>
              <w:t>Zombie Nunaat: Eine grönländische Kurzgeschichtensammlung</w:t>
            </w:r>
          </w:p>
        </w:tc>
        <w:tc>
          <w:tcPr>
            <w:tcW w:w="2448" w:type="dxa"/>
            <w:shd w:val="clear" w:color="auto" w:fill="FFFFFF"/>
          </w:tcPr>
          <w:p w14:paraId="3DD039B0" w14:textId="77777777" w:rsidR="00A52A76" w:rsidRDefault="003440D8">
            <w:r>
              <w:rPr>
                <w:sz w:val="18"/>
              </w:rPr>
              <w:t>Inuit Verlag</w:t>
            </w:r>
          </w:p>
        </w:tc>
        <w:tc>
          <w:tcPr>
            <w:tcW w:w="2088" w:type="dxa"/>
            <w:shd w:val="clear" w:color="auto" w:fill="FFFFFF"/>
          </w:tcPr>
          <w:p w14:paraId="7841F00C" w14:textId="77777777" w:rsidR="00A52A76" w:rsidRDefault="003440D8">
            <w:r>
              <w:rPr>
                <w:sz w:val="18"/>
              </w:rPr>
              <w:t>Literatur | Lesung</w:t>
            </w:r>
          </w:p>
        </w:tc>
      </w:tr>
      <w:tr w:rsidR="00A52A76" w14:paraId="50A9A3AC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4B07FA56" w14:textId="77777777" w:rsidR="00A52A76" w:rsidRDefault="003440D8">
            <w:r>
              <w:rPr>
                <w:b/>
                <w:sz w:val="18"/>
              </w:rPr>
              <w:t>14:00</w:t>
            </w:r>
          </w:p>
        </w:tc>
        <w:tc>
          <w:tcPr>
            <w:tcW w:w="3960" w:type="dxa"/>
            <w:shd w:val="clear" w:color="auto" w:fill="EAF1F5"/>
          </w:tcPr>
          <w:p w14:paraId="0C1B90CF" w14:textId="77777777" w:rsidR="00A52A76" w:rsidRDefault="003440D8">
            <w:r>
              <w:rPr>
                <w:b/>
                <w:sz w:val="18"/>
              </w:rPr>
              <w:t>Nacht über Düren</w:t>
            </w:r>
          </w:p>
        </w:tc>
        <w:tc>
          <w:tcPr>
            <w:tcW w:w="2448" w:type="dxa"/>
            <w:shd w:val="clear" w:color="auto" w:fill="EAF1F5"/>
          </w:tcPr>
          <w:p w14:paraId="188F0754" w14:textId="77777777" w:rsidR="00A52A76" w:rsidRDefault="003440D8">
            <w:r>
              <w:rPr>
                <w:sz w:val="18"/>
              </w:rPr>
              <w:t>KBV</w:t>
            </w:r>
          </w:p>
        </w:tc>
        <w:tc>
          <w:tcPr>
            <w:tcW w:w="2088" w:type="dxa"/>
            <w:shd w:val="clear" w:color="auto" w:fill="EAF1F5"/>
          </w:tcPr>
          <w:p w14:paraId="4218E8D9" w14:textId="77777777" w:rsidR="00A52A76" w:rsidRDefault="003440D8">
            <w:r>
              <w:rPr>
                <w:sz w:val="18"/>
              </w:rPr>
              <w:t>Crime | Lesung</w:t>
            </w:r>
          </w:p>
        </w:tc>
      </w:tr>
      <w:tr w:rsidR="00A52A76" w14:paraId="45BF1DFB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16F8EB55" w14:textId="77777777" w:rsidR="00A52A76" w:rsidRDefault="003440D8">
            <w:r>
              <w:rPr>
                <w:b/>
                <w:sz w:val="18"/>
              </w:rPr>
              <w:t>14:30</w:t>
            </w:r>
          </w:p>
        </w:tc>
        <w:tc>
          <w:tcPr>
            <w:tcW w:w="3960" w:type="dxa"/>
            <w:shd w:val="clear" w:color="auto" w:fill="FFFFFF"/>
          </w:tcPr>
          <w:p w14:paraId="6668DA4B" w14:textId="77777777" w:rsidR="00A52A76" w:rsidRDefault="003440D8">
            <w:r>
              <w:rPr>
                <w:b/>
                <w:sz w:val="18"/>
              </w:rPr>
              <w:t>Wenn Musik ein Buch wird oder Musik im Künstlerbuch</w:t>
            </w:r>
          </w:p>
        </w:tc>
        <w:tc>
          <w:tcPr>
            <w:tcW w:w="2448" w:type="dxa"/>
            <w:shd w:val="clear" w:color="auto" w:fill="FFFFFF"/>
          </w:tcPr>
          <w:p w14:paraId="5F8B54D9" w14:textId="77777777" w:rsidR="00A52A76" w:rsidRDefault="003440D8">
            <w:r>
              <w:rPr>
                <w:sz w:val="18"/>
              </w:rPr>
              <w:t>Einhand Press</w:t>
            </w:r>
          </w:p>
        </w:tc>
        <w:tc>
          <w:tcPr>
            <w:tcW w:w="2088" w:type="dxa"/>
            <w:shd w:val="clear" w:color="auto" w:fill="FFFFFF"/>
          </w:tcPr>
          <w:p w14:paraId="7F42EE5B" w14:textId="77777777" w:rsidR="00A52A76" w:rsidRDefault="003440D8">
            <w:r>
              <w:rPr>
                <w:sz w:val="18"/>
              </w:rPr>
              <w:t>Literatur | Präsentation</w:t>
            </w:r>
          </w:p>
        </w:tc>
      </w:tr>
      <w:tr w:rsidR="00A52A76" w14:paraId="52CC91BF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4FEE0903" w14:textId="77777777" w:rsidR="00A52A76" w:rsidRDefault="003440D8">
            <w:r>
              <w:rPr>
                <w:b/>
                <w:sz w:val="18"/>
              </w:rPr>
              <w:t>15:00</w:t>
            </w:r>
          </w:p>
        </w:tc>
        <w:tc>
          <w:tcPr>
            <w:tcW w:w="3960" w:type="dxa"/>
            <w:shd w:val="clear" w:color="auto" w:fill="EAF1F5"/>
          </w:tcPr>
          <w:p w14:paraId="79DCA854" w14:textId="77777777" w:rsidR="00A52A76" w:rsidRDefault="003440D8">
            <w:r>
              <w:rPr>
                <w:b/>
                <w:sz w:val="18"/>
              </w:rPr>
              <w:t>Wie Taylor Swift uns dazu inspiriert, das Leben zu umarmen</w:t>
            </w:r>
          </w:p>
        </w:tc>
        <w:tc>
          <w:tcPr>
            <w:tcW w:w="2448" w:type="dxa"/>
            <w:shd w:val="clear" w:color="auto" w:fill="EAF1F5"/>
          </w:tcPr>
          <w:p w14:paraId="2132A277" w14:textId="77777777" w:rsidR="00A52A76" w:rsidRDefault="003440D8">
            <w:r>
              <w:rPr>
                <w:sz w:val="18"/>
              </w:rPr>
              <w:t>ruach.jetzt</w:t>
            </w:r>
          </w:p>
        </w:tc>
        <w:tc>
          <w:tcPr>
            <w:tcW w:w="2088" w:type="dxa"/>
            <w:shd w:val="clear" w:color="auto" w:fill="EAF1F5"/>
          </w:tcPr>
          <w:p w14:paraId="2E8F8420" w14:textId="77777777" w:rsidR="00A52A76" w:rsidRDefault="003440D8">
            <w:r>
              <w:rPr>
                <w:sz w:val="18"/>
              </w:rPr>
              <w:t>Sachbuch | Diskussion</w:t>
            </w:r>
          </w:p>
        </w:tc>
      </w:tr>
      <w:tr w:rsidR="00A52A76" w14:paraId="2A3680D0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0D00293A" w14:textId="77777777" w:rsidR="00A52A76" w:rsidRDefault="003440D8">
            <w:r>
              <w:rPr>
                <w:b/>
                <w:sz w:val="18"/>
              </w:rPr>
              <w:t>15:30</w:t>
            </w:r>
          </w:p>
        </w:tc>
        <w:tc>
          <w:tcPr>
            <w:tcW w:w="3960" w:type="dxa"/>
            <w:shd w:val="clear" w:color="auto" w:fill="FFFFFF"/>
          </w:tcPr>
          <w:p w14:paraId="5A3A4B91" w14:textId="77777777" w:rsidR="00A52A76" w:rsidRDefault="003440D8">
            <w:r>
              <w:rPr>
                <w:b/>
                <w:sz w:val="18"/>
              </w:rPr>
              <w:t>Schluss mit nett: Wie Frauen klar und stark führen</w:t>
            </w:r>
          </w:p>
        </w:tc>
        <w:tc>
          <w:tcPr>
            <w:tcW w:w="2448" w:type="dxa"/>
            <w:shd w:val="clear" w:color="auto" w:fill="FFFFFF"/>
          </w:tcPr>
          <w:p w14:paraId="0971EE0B" w14:textId="77777777" w:rsidR="00A52A76" w:rsidRDefault="003440D8">
            <w:r>
              <w:rPr>
                <w:sz w:val="18"/>
              </w:rPr>
              <w:t>Mentoren-Media-Verlag</w:t>
            </w:r>
          </w:p>
        </w:tc>
        <w:tc>
          <w:tcPr>
            <w:tcW w:w="2088" w:type="dxa"/>
            <w:shd w:val="clear" w:color="auto" w:fill="FFFFFF"/>
          </w:tcPr>
          <w:p w14:paraId="72C5D2D7" w14:textId="77777777" w:rsidR="00A52A76" w:rsidRDefault="003440D8">
            <w:r>
              <w:rPr>
                <w:sz w:val="18"/>
              </w:rPr>
              <w:t>Sachbuch | Gespräch</w:t>
            </w:r>
          </w:p>
        </w:tc>
      </w:tr>
      <w:tr w:rsidR="00A52A76" w14:paraId="78DA3961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07F86509" w14:textId="77777777" w:rsidR="00A52A76" w:rsidRDefault="003440D8">
            <w:r>
              <w:rPr>
                <w:b/>
                <w:sz w:val="18"/>
              </w:rPr>
              <w:t>16:00</w:t>
            </w:r>
          </w:p>
        </w:tc>
        <w:tc>
          <w:tcPr>
            <w:tcW w:w="3960" w:type="dxa"/>
            <w:shd w:val="clear" w:color="auto" w:fill="EAF1F5"/>
          </w:tcPr>
          <w:p w14:paraId="5F48C9F5" w14:textId="77777777" w:rsidR="00A52A76" w:rsidRDefault="003440D8">
            <w:r>
              <w:rPr>
                <w:b/>
                <w:sz w:val="18"/>
              </w:rPr>
              <w:t>Susann Klossek präsentiert »Paris perdu«</w:t>
            </w:r>
          </w:p>
        </w:tc>
        <w:tc>
          <w:tcPr>
            <w:tcW w:w="2448" w:type="dxa"/>
            <w:shd w:val="clear" w:color="auto" w:fill="EAF1F5"/>
          </w:tcPr>
          <w:p w14:paraId="0678A4FB" w14:textId="77777777" w:rsidR="00A52A76" w:rsidRDefault="003440D8">
            <w:r>
              <w:rPr>
                <w:sz w:val="18"/>
              </w:rPr>
              <w:t>Brot &amp; Kunst-Verlag</w:t>
            </w:r>
          </w:p>
        </w:tc>
        <w:tc>
          <w:tcPr>
            <w:tcW w:w="2088" w:type="dxa"/>
            <w:shd w:val="clear" w:color="auto" w:fill="EAF1F5"/>
          </w:tcPr>
          <w:p w14:paraId="5D5DF704" w14:textId="77777777" w:rsidR="00A52A76" w:rsidRDefault="003440D8">
            <w:r>
              <w:rPr>
                <w:sz w:val="18"/>
              </w:rPr>
              <w:t>Lyrik | Lesung</w:t>
            </w:r>
          </w:p>
        </w:tc>
      </w:tr>
      <w:tr w:rsidR="00A52A76" w14:paraId="5D0932FF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66D831C7" w14:textId="77777777" w:rsidR="00A52A76" w:rsidRDefault="003440D8">
            <w:r>
              <w:rPr>
                <w:b/>
                <w:sz w:val="18"/>
              </w:rPr>
              <w:t>16:30</w:t>
            </w:r>
          </w:p>
        </w:tc>
        <w:tc>
          <w:tcPr>
            <w:tcW w:w="3960" w:type="dxa"/>
            <w:shd w:val="clear" w:color="auto" w:fill="FFFFFF"/>
          </w:tcPr>
          <w:p w14:paraId="0EFA7CBB" w14:textId="77777777" w:rsidR="00A52A76" w:rsidRDefault="003440D8">
            <w:r>
              <w:rPr>
                <w:b/>
                <w:sz w:val="18"/>
              </w:rPr>
              <w:t>12 Frauen – 12 Stimmen</w:t>
            </w:r>
          </w:p>
        </w:tc>
        <w:tc>
          <w:tcPr>
            <w:tcW w:w="2448" w:type="dxa"/>
            <w:shd w:val="clear" w:color="auto" w:fill="FFFFFF"/>
          </w:tcPr>
          <w:p w14:paraId="3A8FD8D1" w14:textId="77777777" w:rsidR="00A52A76" w:rsidRDefault="003440D8">
            <w:r>
              <w:rPr>
                <w:sz w:val="18"/>
              </w:rPr>
              <w:t>Einhand Press</w:t>
            </w:r>
          </w:p>
        </w:tc>
        <w:tc>
          <w:tcPr>
            <w:tcW w:w="2088" w:type="dxa"/>
            <w:shd w:val="clear" w:color="auto" w:fill="FFFFFF"/>
          </w:tcPr>
          <w:p w14:paraId="3B7D9D52" w14:textId="77777777" w:rsidR="00A52A76" w:rsidRDefault="003440D8">
            <w:r>
              <w:rPr>
                <w:sz w:val="18"/>
              </w:rPr>
              <w:t>Literatur | Präsentation</w:t>
            </w:r>
          </w:p>
        </w:tc>
      </w:tr>
      <w:tr w:rsidR="00A52A76" w14:paraId="7C02B919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44F6432B" w14:textId="77777777" w:rsidR="00A52A76" w:rsidRDefault="003440D8">
            <w:r>
              <w:rPr>
                <w:b/>
                <w:sz w:val="18"/>
              </w:rPr>
              <w:t>17:00</w:t>
            </w:r>
          </w:p>
        </w:tc>
        <w:tc>
          <w:tcPr>
            <w:tcW w:w="3960" w:type="dxa"/>
            <w:shd w:val="clear" w:color="auto" w:fill="EAF1F5"/>
          </w:tcPr>
          <w:p w14:paraId="367B9CFE" w14:textId="77777777" w:rsidR="00A52A76" w:rsidRDefault="003440D8">
            <w:r>
              <w:rPr>
                <w:b/>
                <w:sz w:val="18"/>
              </w:rPr>
              <w:t>Die Graphic Novel: Anna und die Mainzer Republik 1792/93</w:t>
            </w:r>
          </w:p>
        </w:tc>
        <w:tc>
          <w:tcPr>
            <w:tcW w:w="2448" w:type="dxa"/>
            <w:shd w:val="clear" w:color="auto" w:fill="EAF1F5"/>
          </w:tcPr>
          <w:p w14:paraId="3F4283FB" w14:textId="77777777" w:rsidR="00A52A76" w:rsidRDefault="003440D8">
            <w:r>
              <w:rPr>
                <w:sz w:val="18"/>
              </w:rPr>
              <w:t>Cornelia Kandler Comics &amp; Co.</w:t>
            </w:r>
          </w:p>
        </w:tc>
        <w:tc>
          <w:tcPr>
            <w:tcW w:w="2088" w:type="dxa"/>
            <w:shd w:val="clear" w:color="auto" w:fill="EAF1F5"/>
          </w:tcPr>
          <w:p w14:paraId="75CE0780" w14:textId="77777777" w:rsidR="00A52A76" w:rsidRDefault="003440D8">
            <w:r>
              <w:rPr>
                <w:sz w:val="18"/>
              </w:rPr>
              <w:t>Comics &amp; Co. | Präsentation</w:t>
            </w:r>
          </w:p>
        </w:tc>
      </w:tr>
      <w:tr w:rsidR="00A52A76" w14:paraId="5F5520F7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0F84012D" w14:textId="77777777" w:rsidR="00A52A76" w:rsidRDefault="003440D8">
            <w:r>
              <w:rPr>
                <w:b/>
                <w:sz w:val="18"/>
              </w:rPr>
              <w:t>17:30</w:t>
            </w:r>
          </w:p>
        </w:tc>
        <w:tc>
          <w:tcPr>
            <w:tcW w:w="3960" w:type="dxa"/>
            <w:shd w:val="clear" w:color="auto" w:fill="FFFFFF"/>
          </w:tcPr>
          <w:p w14:paraId="562DD005" w14:textId="77777777" w:rsidR="00A52A76" w:rsidRDefault="003440D8">
            <w:r>
              <w:rPr>
                <w:b/>
                <w:sz w:val="18"/>
              </w:rPr>
              <w:t>James Noël liest aus seinem Gedichtband »Pfauen«</w:t>
            </w:r>
          </w:p>
        </w:tc>
        <w:tc>
          <w:tcPr>
            <w:tcW w:w="2448" w:type="dxa"/>
            <w:shd w:val="clear" w:color="auto" w:fill="FFFFFF"/>
          </w:tcPr>
          <w:p w14:paraId="36924442" w14:textId="77777777" w:rsidR="00A52A76" w:rsidRDefault="003440D8">
            <w:r>
              <w:rPr>
                <w:sz w:val="18"/>
              </w:rPr>
              <w:t>Litradukt</w:t>
            </w:r>
          </w:p>
        </w:tc>
        <w:tc>
          <w:tcPr>
            <w:tcW w:w="2088" w:type="dxa"/>
            <w:shd w:val="clear" w:color="auto" w:fill="FFFFFF"/>
          </w:tcPr>
          <w:p w14:paraId="245155CB" w14:textId="77777777" w:rsidR="00A52A76" w:rsidRDefault="003440D8">
            <w:r>
              <w:rPr>
                <w:sz w:val="18"/>
              </w:rPr>
              <w:t>Literatur | Lesung</w:t>
            </w:r>
          </w:p>
        </w:tc>
      </w:tr>
      <w:tr w:rsidR="00A52A76" w14:paraId="41881BC2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5FDE83DD" w14:textId="77777777" w:rsidR="00A52A76" w:rsidRDefault="003440D8">
            <w:r>
              <w:rPr>
                <w:b/>
                <w:sz w:val="18"/>
              </w:rPr>
              <w:t>18:00</w:t>
            </w:r>
          </w:p>
        </w:tc>
        <w:tc>
          <w:tcPr>
            <w:tcW w:w="3960" w:type="dxa"/>
            <w:shd w:val="clear" w:color="auto" w:fill="EAF1F5"/>
          </w:tcPr>
          <w:p w14:paraId="767590D8" w14:textId="77777777" w:rsidR="00A52A76" w:rsidRDefault="003440D8">
            <w:r>
              <w:rPr>
                <w:b/>
                <w:sz w:val="18"/>
              </w:rPr>
              <w:t>Eine große Erzählung zur Geschichte des Lebens</w:t>
            </w:r>
          </w:p>
        </w:tc>
        <w:tc>
          <w:tcPr>
            <w:tcW w:w="2448" w:type="dxa"/>
            <w:shd w:val="clear" w:color="auto" w:fill="EAF1F5"/>
          </w:tcPr>
          <w:p w14:paraId="1742AD53" w14:textId="77777777" w:rsidR="00A52A76" w:rsidRDefault="003440D8">
            <w:r>
              <w:rPr>
                <w:sz w:val="18"/>
              </w:rPr>
              <w:t>Kontrast Verlag</w:t>
            </w:r>
          </w:p>
        </w:tc>
        <w:tc>
          <w:tcPr>
            <w:tcW w:w="2088" w:type="dxa"/>
            <w:shd w:val="clear" w:color="auto" w:fill="EAF1F5"/>
          </w:tcPr>
          <w:p w14:paraId="7400108E" w14:textId="77777777" w:rsidR="00A52A76" w:rsidRDefault="003440D8">
            <w:r>
              <w:rPr>
                <w:sz w:val="18"/>
              </w:rPr>
              <w:t>Sachbuch | Präsentation &amp; Lesung</w:t>
            </w:r>
          </w:p>
        </w:tc>
      </w:tr>
    </w:tbl>
    <w:p w14:paraId="1D9DCB34" w14:textId="77777777" w:rsidR="00A52A76" w:rsidRDefault="003440D8">
      <w:r>
        <w:br w:type="page"/>
      </w:r>
    </w:p>
    <w:p w14:paraId="498948AE" w14:textId="77777777" w:rsidR="00A52A76" w:rsidRDefault="003440D8">
      <w:pPr>
        <w:pStyle w:val="berschrift1"/>
      </w:pPr>
      <w:r>
        <w:lastRenderedPageBreak/>
        <w:t>Sonntag, 11. Oktober 2026</w:t>
      </w: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"/>
        <w:gridCol w:w="3960"/>
        <w:gridCol w:w="2448"/>
        <w:gridCol w:w="2088"/>
      </w:tblGrid>
      <w:tr w:rsidR="00A52A76" w14:paraId="02B0440E" w14:textId="77777777">
        <w:trPr>
          <w:tblHeader/>
          <w:jc w:val="center"/>
        </w:trPr>
        <w:tc>
          <w:tcPr>
            <w:tcW w:w="1008" w:type="dxa"/>
            <w:shd w:val="clear" w:color="auto" w:fill="123A55"/>
          </w:tcPr>
          <w:p w14:paraId="32B61D4B" w14:textId="77777777" w:rsidR="00A52A76" w:rsidRDefault="003440D8">
            <w:r>
              <w:rPr>
                <w:b/>
                <w:color w:val="FFFFFF"/>
                <w:sz w:val="19"/>
              </w:rPr>
              <w:t>Zeit</w:t>
            </w:r>
          </w:p>
        </w:tc>
        <w:tc>
          <w:tcPr>
            <w:tcW w:w="3960" w:type="dxa"/>
            <w:shd w:val="clear" w:color="auto" w:fill="123A55"/>
          </w:tcPr>
          <w:p w14:paraId="0F8E972C" w14:textId="77777777" w:rsidR="00A52A76" w:rsidRDefault="003440D8">
            <w:r>
              <w:rPr>
                <w:b/>
                <w:color w:val="FFFFFF"/>
                <w:sz w:val="19"/>
              </w:rPr>
              <w:t>Veranstaltung</w:t>
            </w:r>
          </w:p>
        </w:tc>
        <w:tc>
          <w:tcPr>
            <w:tcW w:w="2448" w:type="dxa"/>
            <w:shd w:val="clear" w:color="auto" w:fill="123A55"/>
          </w:tcPr>
          <w:p w14:paraId="6C4A2D0D" w14:textId="77777777" w:rsidR="00A52A76" w:rsidRDefault="003440D8">
            <w:r>
              <w:rPr>
                <w:b/>
                <w:color w:val="FFFFFF"/>
                <w:sz w:val="19"/>
              </w:rPr>
              <w:t>Verlag / Veranstalter</w:t>
            </w:r>
          </w:p>
        </w:tc>
        <w:tc>
          <w:tcPr>
            <w:tcW w:w="2088" w:type="dxa"/>
            <w:shd w:val="clear" w:color="auto" w:fill="123A55"/>
          </w:tcPr>
          <w:p w14:paraId="74AF4328" w14:textId="77777777" w:rsidR="00A52A76" w:rsidRDefault="003440D8">
            <w:r>
              <w:rPr>
                <w:b/>
                <w:color w:val="FFFFFF"/>
                <w:sz w:val="19"/>
              </w:rPr>
              <w:t>Format / Bereich</w:t>
            </w:r>
          </w:p>
        </w:tc>
      </w:tr>
      <w:tr w:rsidR="00A52A76" w14:paraId="622589EF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3F2F7D91" w14:textId="77777777" w:rsidR="00A52A76" w:rsidRDefault="003440D8">
            <w:r>
              <w:rPr>
                <w:b/>
                <w:sz w:val="18"/>
              </w:rPr>
              <w:t>10:00</w:t>
            </w:r>
          </w:p>
        </w:tc>
        <w:tc>
          <w:tcPr>
            <w:tcW w:w="3960" w:type="dxa"/>
            <w:shd w:val="clear" w:color="auto" w:fill="FFFFFF"/>
          </w:tcPr>
          <w:p w14:paraId="1BF0EB2A" w14:textId="77777777" w:rsidR="00A52A76" w:rsidRDefault="003440D8">
            <w:r>
              <w:rPr>
                <w:b/>
                <w:sz w:val="18"/>
              </w:rPr>
              <w:t>Kaffee &amp; Klappentexte: Tasse in der Hand, Messe im Kopf: Entspannt vernetzen</w:t>
            </w:r>
          </w:p>
        </w:tc>
        <w:tc>
          <w:tcPr>
            <w:tcW w:w="2448" w:type="dxa"/>
            <w:shd w:val="clear" w:color="auto" w:fill="FFFFFF"/>
          </w:tcPr>
          <w:p w14:paraId="047A5951" w14:textId="77777777" w:rsidR="00A52A76" w:rsidRDefault="003440D8">
            <w:r>
              <w:rPr>
                <w:sz w:val="18"/>
              </w:rPr>
              <w:t>Keine separate Angabe im Flyer</w:t>
            </w:r>
          </w:p>
        </w:tc>
        <w:tc>
          <w:tcPr>
            <w:tcW w:w="2088" w:type="dxa"/>
            <w:shd w:val="clear" w:color="auto" w:fill="FFFFFF"/>
          </w:tcPr>
          <w:p w14:paraId="64C12E99" w14:textId="77777777" w:rsidR="00A52A76" w:rsidRDefault="003440D8">
            <w:r>
              <w:rPr>
                <w:sz w:val="18"/>
              </w:rPr>
              <w:t>Veranstaltungshinweis</w:t>
            </w:r>
          </w:p>
        </w:tc>
      </w:tr>
      <w:tr w:rsidR="00A52A76" w14:paraId="284A075E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5529744F" w14:textId="77777777" w:rsidR="00A52A76" w:rsidRDefault="003440D8">
            <w:r>
              <w:rPr>
                <w:b/>
                <w:sz w:val="18"/>
              </w:rPr>
              <w:t>11:00</w:t>
            </w:r>
          </w:p>
        </w:tc>
        <w:tc>
          <w:tcPr>
            <w:tcW w:w="3960" w:type="dxa"/>
            <w:shd w:val="clear" w:color="auto" w:fill="EAF1F5"/>
          </w:tcPr>
          <w:p w14:paraId="325FD66A" w14:textId="77777777" w:rsidR="00A52A76" w:rsidRDefault="003440D8">
            <w:r>
              <w:rPr>
                <w:b/>
                <w:sz w:val="18"/>
              </w:rPr>
              <w:t>Mental gesund trotz Mord: Erkenntnisse eines Ermittlers</w:t>
            </w:r>
          </w:p>
        </w:tc>
        <w:tc>
          <w:tcPr>
            <w:tcW w:w="2448" w:type="dxa"/>
            <w:shd w:val="clear" w:color="auto" w:fill="EAF1F5"/>
          </w:tcPr>
          <w:p w14:paraId="21B16093" w14:textId="77777777" w:rsidR="00A52A76" w:rsidRDefault="003440D8">
            <w:r>
              <w:rPr>
                <w:sz w:val="18"/>
              </w:rPr>
              <w:t>Mentoren-Media-Verlag</w:t>
            </w:r>
          </w:p>
        </w:tc>
        <w:tc>
          <w:tcPr>
            <w:tcW w:w="2088" w:type="dxa"/>
            <w:shd w:val="clear" w:color="auto" w:fill="EAF1F5"/>
          </w:tcPr>
          <w:p w14:paraId="2CD2A67E" w14:textId="77777777" w:rsidR="00A52A76" w:rsidRDefault="003440D8">
            <w:r>
              <w:rPr>
                <w:sz w:val="18"/>
              </w:rPr>
              <w:t>Sachbuch | Gespräch</w:t>
            </w:r>
          </w:p>
        </w:tc>
      </w:tr>
      <w:tr w:rsidR="00A52A76" w14:paraId="72B60FE6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3B096196" w14:textId="77777777" w:rsidR="00A52A76" w:rsidRDefault="003440D8">
            <w:r>
              <w:rPr>
                <w:b/>
                <w:sz w:val="18"/>
              </w:rPr>
              <w:t>11:30</w:t>
            </w:r>
          </w:p>
        </w:tc>
        <w:tc>
          <w:tcPr>
            <w:tcW w:w="3960" w:type="dxa"/>
            <w:shd w:val="clear" w:color="auto" w:fill="FFFFFF"/>
          </w:tcPr>
          <w:p w14:paraId="71F1996C" w14:textId="77777777" w:rsidR="00A52A76" w:rsidRDefault="003440D8">
            <w:r>
              <w:rPr>
                <w:b/>
                <w:sz w:val="18"/>
              </w:rPr>
              <w:t>Bei Kirmes Mord</w:t>
            </w:r>
          </w:p>
        </w:tc>
        <w:tc>
          <w:tcPr>
            <w:tcW w:w="2448" w:type="dxa"/>
            <w:shd w:val="clear" w:color="auto" w:fill="FFFFFF"/>
          </w:tcPr>
          <w:p w14:paraId="5C97AD95" w14:textId="77777777" w:rsidR="00A52A76" w:rsidRDefault="003440D8">
            <w:r>
              <w:rPr>
                <w:sz w:val="18"/>
              </w:rPr>
              <w:t>KBV</w:t>
            </w:r>
          </w:p>
        </w:tc>
        <w:tc>
          <w:tcPr>
            <w:tcW w:w="2088" w:type="dxa"/>
            <w:shd w:val="clear" w:color="auto" w:fill="FFFFFF"/>
          </w:tcPr>
          <w:p w14:paraId="41EB15F4" w14:textId="77777777" w:rsidR="00A52A76" w:rsidRDefault="003440D8">
            <w:r>
              <w:rPr>
                <w:sz w:val="18"/>
              </w:rPr>
              <w:t>Crime | Lesung</w:t>
            </w:r>
          </w:p>
        </w:tc>
      </w:tr>
      <w:tr w:rsidR="00A52A76" w14:paraId="7BCAA58E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4D8CD7BA" w14:textId="77777777" w:rsidR="00A52A76" w:rsidRDefault="003440D8">
            <w:r>
              <w:rPr>
                <w:b/>
                <w:sz w:val="18"/>
              </w:rPr>
              <w:t>12:00</w:t>
            </w:r>
          </w:p>
        </w:tc>
        <w:tc>
          <w:tcPr>
            <w:tcW w:w="3960" w:type="dxa"/>
            <w:shd w:val="clear" w:color="auto" w:fill="EAF1F5"/>
          </w:tcPr>
          <w:p w14:paraId="2F3CC713" w14:textId="77777777" w:rsidR="00A52A76" w:rsidRDefault="003440D8">
            <w:r>
              <w:rPr>
                <w:b/>
                <w:sz w:val="18"/>
              </w:rPr>
              <w:t>Taminah</w:t>
            </w:r>
          </w:p>
        </w:tc>
        <w:tc>
          <w:tcPr>
            <w:tcW w:w="2448" w:type="dxa"/>
            <w:shd w:val="clear" w:color="auto" w:fill="EAF1F5"/>
          </w:tcPr>
          <w:p w14:paraId="49ADE8D6" w14:textId="77777777" w:rsidR="00A52A76" w:rsidRDefault="003440D8">
            <w:r>
              <w:rPr>
                <w:sz w:val="18"/>
              </w:rPr>
              <w:t>Kontrast Verlag</w:t>
            </w:r>
          </w:p>
        </w:tc>
        <w:tc>
          <w:tcPr>
            <w:tcW w:w="2088" w:type="dxa"/>
            <w:shd w:val="clear" w:color="auto" w:fill="EAF1F5"/>
          </w:tcPr>
          <w:p w14:paraId="2FCA37C7" w14:textId="77777777" w:rsidR="00A52A76" w:rsidRDefault="003440D8">
            <w:r>
              <w:rPr>
                <w:sz w:val="18"/>
              </w:rPr>
              <w:t>Literatur | Präsentation &amp; Lesung</w:t>
            </w:r>
          </w:p>
        </w:tc>
      </w:tr>
      <w:tr w:rsidR="00A52A76" w14:paraId="18BA7AA7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283E37BE" w14:textId="77777777" w:rsidR="00A52A76" w:rsidRDefault="003440D8">
            <w:r>
              <w:rPr>
                <w:b/>
                <w:sz w:val="18"/>
              </w:rPr>
              <w:t>12:30</w:t>
            </w:r>
          </w:p>
        </w:tc>
        <w:tc>
          <w:tcPr>
            <w:tcW w:w="3960" w:type="dxa"/>
            <w:shd w:val="clear" w:color="auto" w:fill="FFFFFF"/>
          </w:tcPr>
          <w:p w14:paraId="75ED30F0" w14:textId="77777777" w:rsidR="00A52A76" w:rsidRDefault="003440D8">
            <w:r>
              <w:rPr>
                <w:b/>
                <w:sz w:val="18"/>
              </w:rPr>
              <w:t>Schamanen Sibiriens: Zwischen den Welten</w:t>
            </w:r>
          </w:p>
        </w:tc>
        <w:tc>
          <w:tcPr>
            <w:tcW w:w="2448" w:type="dxa"/>
            <w:shd w:val="clear" w:color="auto" w:fill="FFFFFF"/>
          </w:tcPr>
          <w:p w14:paraId="277B5AE1" w14:textId="77777777" w:rsidR="00A52A76" w:rsidRDefault="003440D8">
            <w:r>
              <w:rPr>
                <w:sz w:val="18"/>
              </w:rPr>
              <w:t>Nünnerich-Asmus Verlag</w:t>
            </w:r>
          </w:p>
        </w:tc>
        <w:tc>
          <w:tcPr>
            <w:tcW w:w="2088" w:type="dxa"/>
            <w:shd w:val="clear" w:color="auto" w:fill="FFFFFF"/>
          </w:tcPr>
          <w:p w14:paraId="425A2E99" w14:textId="77777777" w:rsidR="00A52A76" w:rsidRDefault="003440D8">
            <w:r>
              <w:rPr>
                <w:sz w:val="18"/>
              </w:rPr>
              <w:t>Bildung | Bebilderte Präsentation</w:t>
            </w:r>
          </w:p>
        </w:tc>
      </w:tr>
      <w:tr w:rsidR="00A52A76" w14:paraId="6ABDB699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45000EB1" w14:textId="77777777" w:rsidR="00A52A76" w:rsidRDefault="003440D8">
            <w:r>
              <w:rPr>
                <w:b/>
                <w:sz w:val="18"/>
              </w:rPr>
              <w:t>13:00</w:t>
            </w:r>
          </w:p>
        </w:tc>
        <w:tc>
          <w:tcPr>
            <w:tcW w:w="3960" w:type="dxa"/>
            <w:shd w:val="clear" w:color="auto" w:fill="EAF1F5"/>
          </w:tcPr>
          <w:p w14:paraId="2E4074B8" w14:textId="77777777" w:rsidR="00A52A76" w:rsidRDefault="003440D8">
            <w:r>
              <w:rPr>
                <w:b/>
                <w:sz w:val="18"/>
              </w:rPr>
              <w:t>Ein Roman entsteht</w:t>
            </w:r>
          </w:p>
        </w:tc>
        <w:tc>
          <w:tcPr>
            <w:tcW w:w="2448" w:type="dxa"/>
            <w:shd w:val="clear" w:color="auto" w:fill="EAF1F5"/>
          </w:tcPr>
          <w:p w14:paraId="79CA7734" w14:textId="77777777" w:rsidR="00A52A76" w:rsidRDefault="003440D8">
            <w:r>
              <w:rPr>
                <w:sz w:val="18"/>
              </w:rPr>
              <w:t>Edition Maya / eXperimenta</w:t>
            </w:r>
          </w:p>
        </w:tc>
        <w:tc>
          <w:tcPr>
            <w:tcW w:w="2088" w:type="dxa"/>
            <w:shd w:val="clear" w:color="auto" w:fill="EAF1F5"/>
          </w:tcPr>
          <w:p w14:paraId="674C0737" w14:textId="77777777" w:rsidR="00A52A76" w:rsidRDefault="003440D8">
            <w:r>
              <w:rPr>
                <w:sz w:val="18"/>
              </w:rPr>
              <w:t>Literatur | Lesung</w:t>
            </w:r>
          </w:p>
        </w:tc>
      </w:tr>
      <w:tr w:rsidR="00A52A76" w14:paraId="18AEE8B9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0B1301D3" w14:textId="77777777" w:rsidR="00A52A76" w:rsidRDefault="003440D8">
            <w:r>
              <w:rPr>
                <w:b/>
                <w:sz w:val="18"/>
              </w:rPr>
              <w:t>13:30</w:t>
            </w:r>
          </w:p>
        </w:tc>
        <w:tc>
          <w:tcPr>
            <w:tcW w:w="3960" w:type="dxa"/>
            <w:shd w:val="clear" w:color="auto" w:fill="FFFFFF"/>
          </w:tcPr>
          <w:p w14:paraId="7339A0E4" w14:textId="77777777" w:rsidR="00A52A76" w:rsidRDefault="003440D8">
            <w:r>
              <w:rPr>
                <w:b/>
                <w:sz w:val="18"/>
              </w:rPr>
              <w:t>Maurice Moel liest aus »Ursprung der Träume«</w:t>
            </w:r>
          </w:p>
        </w:tc>
        <w:tc>
          <w:tcPr>
            <w:tcW w:w="2448" w:type="dxa"/>
            <w:shd w:val="clear" w:color="auto" w:fill="FFFFFF"/>
          </w:tcPr>
          <w:p w14:paraId="04DE2F3C" w14:textId="77777777" w:rsidR="00A52A76" w:rsidRDefault="003440D8">
            <w:r>
              <w:rPr>
                <w:sz w:val="18"/>
              </w:rPr>
              <w:t>Brot &amp; Kunst-Verlag</w:t>
            </w:r>
          </w:p>
        </w:tc>
        <w:tc>
          <w:tcPr>
            <w:tcW w:w="2088" w:type="dxa"/>
            <w:shd w:val="clear" w:color="auto" w:fill="FFFFFF"/>
          </w:tcPr>
          <w:p w14:paraId="5AC6D38F" w14:textId="77777777" w:rsidR="00A52A76" w:rsidRDefault="003440D8">
            <w:r>
              <w:rPr>
                <w:sz w:val="18"/>
              </w:rPr>
              <w:t>Literatur | Lesung</w:t>
            </w:r>
          </w:p>
        </w:tc>
      </w:tr>
      <w:tr w:rsidR="00A52A76" w14:paraId="5D9C3297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0922B789" w14:textId="77777777" w:rsidR="00A52A76" w:rsidRDefault="003440D8">
            <w:r>
              <w:rPr>
                <w:b/>
                <w:sz w:val="18"/>
              </w:rPr>
              <w:t>14:00</w:t>
            </w:r>
          </w:p>
        </w:tc>
        <w:tc>
          <w:tcPr>
            <w:tcW w:w="3960" w:type="dxa"/>
            <w:shd w:val="clear" w:color="auto" w:fill="EAF1F5"/>
          </w:tcPr>
          <w:p w14:paraId="13E7AA56" w14:textId="77777777" w:rsidR="00A52A76" w:rsidRDefault="003440D8">
            <w:r>
              <w:rPr>
                <w:b/>
                <w:sz w:val="18"/>
              </w:rPr>
              <w:t>Was Geld über die Welt erzählt: Zwischen lokal und global</w:t>
            </w:r>
          </w:p>
        </w:tc>
        <w:tc>
          <w:tcPr>
            <w:tcW w:w="2448" w:type="dxa"/>
            <w:shd w:val="clear" w:color="auto" w:fill="EAF1F5"/>
          </w:tcPr>
          <w:p w14:paraId="397E551F" w14:textId="77777777" w:rsidR="00A52A76" w:rsidRDefault="003440D8">
            <w:r>
              <w:rPr>
                <w:sz w:val="18"/>
              </w:rPr>
              <w:t>Nünnerich-Asmus Verlag</w:t>
            </w:r>
          </w:p>
        </w:tc>
        <w:tc>
          <w:tcPr>
            <w:tcW w:w="2088" w:type="dxa"/>
            <w:shd w:val="clear" w:color="auto" w:fill="EAF1F5"/>
          </w:tcPr>
          <w:p w14:paraId="3E9462B9" w14:textId="77777777" w:rsidR="00A52A76" w:rsidRDefault="003440D8">
            <w:r>
              <w:rPr>
                <w:sz w:val="18"/>
              </w:rPr>
              <w:t>Bildung | Bebilderter Vortrag</w:t>
            </w:r>
          </w:p>
        </w:tc>
      </w:tr>
      <w:tr w:rsidR="00A52A76" w14:paraId="4FBDD031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4C4DAD76" w14:textId="77777777" w:rsidR="00A52A76" w:rsidRDefault="003440D8">
            <w:r>
              <w:rPr>
                <w:b/>
                <w:sz w:val="18"/>
              </w:rPr>
              <w:t>14:30</w:t>
            </w:r>
          </w:p>
        </w:tc>
        <w:tc>
          <w:tcPr>
            <w:tcW w:w="3960" w:type="dxa"/>
            <w:shd w:val="clear" w:color="auto" w:fill="FFFFFF"/>
          </w:tcPr>
          <w:p w14:paraId="5B046334" w14:textId="77777777" w:rsidR="00A52A76" w:rsidRDefault="003440D8">
            <w:r>
              <w:rPr>
                <w:b/>
                <w:sz w:val="18"/>
              </w:rPr>
              <w:t>Klarheit finden und den eigenen Weg bewusst gehen</w:t>
            </w:r>
          </w:p>
        </w:tc>
        <w:tc>
          <w:tcPr>
            <w:tcW w:w="2448" w:type="dxa"/>
            <w:shd w:val="clear" w:color="auto" w:fill="FFFFFF"/>
          </w:tcPr>
          <w:p w14:paraId="525EABD7" w14:textId="77777777" w:rsidR="00A52A76" w:rsidRDefault="003440D8">
            <w:r>
              <w:rPr>
                <w:sz w:val="18"/>
              </w:rPr>
              <w:t>Mentoren-Media-Verlag</w:t>
            </w:r>
          </w:p>
        </w:tc>
        <w:tc>
          <w:tcPr>
            <w:tcW w:w="2088" w:type="dxa"/>
            <w:shd w:val="clear" w:color="auto" w:fill="FFFFFF"/>
          </w:tcPr>
          <w:p w14:paraId="14F32ACE" w14:textId="77777777" w:rsidR="00A52A76" w:rsidRDefault="003440D8">
            <w:r>
              <w:rPr>
                <w:sz w:val="18"/>
              </w:rPr>
              <w:t>Sachbuch | Gespräch</w:t>
            </w:r>
          </w:p>
        </w:tc>
      </w:tr>
      <w:tr w:rsidR="00A52A76" w14:paraId="286BE337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3FE8B9D9" w14:textId="77777777" w:rsidR="00A52A76" w:rsidRDefault="003440D8">
            <w:r>
              <w:rPr>
                <w:b/>
                <w:sz w:val="18"/>
              </w:rPr>
              <w:t>15:00</w:t>
            </w:r>
          </w:p>
        </w:tc>
        <w:tc>
          <w:tcPr>
            <w:tcW w:w="3960" w:type="dxa"/>
            <w:shd w:val="clear" w:color="auto" w:fill="EAF1F5"/>
          </w:tcPr>
          <w:p w14:paraId="5E2E8FB3" w14:textId="77777777" w:rsidR="00A52A76" w:rsidRDefault="003440D8">
            <w:r>
              <w:rPr>
                <w:b/>
                <w:sz w:val="18"/>
              </w:rPr>
              <w:t>Buchfink Verlag: Die Regio-Buch-Experten im Südwesten</w:t>
            </w:r>
          </w:p>
        </w:tc>
        <w:tc>
          <w:tcPr>
            <w:tcW w:w="2448" w:type="dxa"/>
            <w:shd w:val="clear" w:color="auto" w:fill="EAF1F5"/>
          </w:tcPr>
          <w:p w14:paraId="3B4BA603" w14:textId="77777777" w:rsidR="00A52A76" w:rsidRDefault="003440D8">
            <w:r>
              <w:rPr>
                <w:sz w:val="18"/>
              </w:rPr>
              <w:t>Buchfink Verlag</w:t>
            </w:r>
          </w:p>
        </w:tc>
        <w:tc>
          <w:tcPr>
            <w:tcW w:w="2088" w:type="dxa"/>
            <w:shd w:val="clear" w:color="auto" w:fill="EAF1F5"/>
          </w:tcPr>
          <w:p w14:paraId="602C8EB7" w14:textId="77777777" w:rsidR="00A52A76" w:rsidRDefault="003440D8">
            <w:r>
              <w:rPr>
                <w:sz w:val="18"/>
              </w:rPr>
              <w:t>Verlagsvorstellung | Präsentation</w:t>
            </w:r>
          </w:p>
        </w:tc>
      </w:tr>
      <w:tr w:rsidR="00A52A76" w14:paraId="157F3050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4DF87B90" w14:textId="77777777" w:rsidR="00A52A76" w:rsidRDefault="003440D8">
            <w:r>
              <w:rPr>
                <w:b/>
                <w:sz w:val="18"/>
              </w:rPr>
              <w:t>15:30</w:t>
            </w:r>
          </w:p>
        </w:tc>
        <w:tc>
          <w:tcPr>
            <w:tcW w:w="3960" w:type="dxa"/>
            <w:shd w:val="clear" w:color="auto" w:fill="FFFFFF"/>
          </w:tcPr>
          <w:p w14:paraId="50A92132" w14:textId="77777777" w:rsidR="00A52A76" w:rsidRDefault="003440D8">
            <w:r>
              <w:rPr>
                <w:b/>
                <w:sz w:val="18"/>
              </w:rPr>
              <w:t>Gofi Müller liest aus »Wut. Liebe. Filmriss.«</w:t>
            </w:r>
          </w:p>
        </w:tc>
        <w:tc>
          <w:tcPr>
            <w:tcW w:w="2448" w:type="dxa"/>
            <w:shd w:val="clear" w:color="auto" w:fill="FFFFFF"/>
          </w:tcPr>
          <w:p w14:paraId="036B6BDC" w14:textId="77777777" w:rsidR="00A52A76" w:rsidRDefault="003440D8">
            <w:r>
              <w:rPr>
                <w:sz w:val="18"/>
              </w:rPr>
              <w:t>ruach.jetzt</w:t>
            </w:r>
          </w:p>
        </w:tc>
        <w:tc>
          <w:tcPr>
            <w:tcW w:w="2088" w:type="dxa"/>
            <w:shd w:val="clear" w:color="auto" w:fill="FFFFFF"/>
          </w:tcPr>
          <w:p w14:paraId="4B159197" w14:textId="77777777" w:rsidR="00A52A76" w:rsidRDefault="003440D8">
            <w:r>
              <w:rPr>
                <w:sz w:val="18"/>
              </w:rPr>
              <w:t>Literatur | Lesung</w:t>
            </w:r>
          </w:p>
        </w:tc>
      </w:tr>
      <w:tr w:rsidR="00A52A76" w14:paraId="58267B09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4B6D3A77" w14:textId="77777777" w:rsidR="00A52A76" w:rsidRDefault="003440D8">
            <w:r>
              <w:rPr>
                <w:b/>
                <w:sz w:val="18"/>
              </w:rPr>
              <w:t>16:00</w:t>
            </w:r>
          </w:p>
        </w:tc>
        <w:tc>
          <w:tcPr>
            <w:tcW w:w="3960" w:type="dxa"/>
            <w:shd w:val="clear" w:color="auto" w:fill="EAF1F5"/>
          </w:tcPr>
          <w:p w14:paraId="3868B30F" w14:textId="77777777" w:rsidR="00A52A76" w:rsidRDefault="003440D8">
            <w:r>
              <w:rPr>
                <w:b/>
                <w:sz w:val="18"/>
              </w:rPr>
              <w:t>Pizza Porta</w:t>
            </w:r>
          </w:p>
        </w:tc>
        <w:tc>
          <w:tcPr>
            <w:tcW w:w="2448" w:type="dxa"/>
            <w:shd w:val="clear" w:color="auto" w:fill="EAF1F5"/>
          </w:tcPr>
          <w:p w14:paraId="23AA1966" w14:textId="77777777" w:rsidR="00A52A76" w:rsidRDefault="003440D8">
            <w:r>
              <w:rPr>
                <w:sz w:val="18"/>
              </w:rPr>
              <w:t>KBV</w:t>
            </w:r>
          </w:p>
        </w:tc>
        <w:tc>
          <w:tcPr>
            <w:tcW w:w="2088" w:type="dxa"/>
            <w:shd w:val="clear" w:color="auto" w:fill="EAF1F5"/>
          </w:tcPr>
          <w:p w14:paraId="4F9D1474" w14:textId="77777777" w:rsidR="00A52A76" w:rsidRDefault="003440D8">
            <w:r>
              <w:rPr>
                <w:sz w:val="18"/>
              </w:rPr>
              <w:t>Crime | Lesung</w:t>
            </w:r>
          </w:p>
        </w:tc>
      </w:tr>
      <w:tr w:rsidR="00A52A76" w14:paraId="4C3F444B" w14:textId="77777777">
        <w:trPr>
          <w:jc w:val="center"/>
        </w:trPr>
        <w:tc>
          <w:tcPr>
            <w:tcW w:w="1008" w:type="dxa"/>
            <w:shd w:val="clear" w:color="auto" w:fill="FFFFFF"/>
          </w:tcPr>
          <w:p w14:paraId="574ADA64" w14:textId="77777777" w:rsidR="00A52A76" w:rsidRDefault="003440D8">
            <w:r>
              <w:rPr>
                <w:b/>
                <w:sz w:val="18"/>
              </w:rPr>
              <w:t>16:30</w:t>
            </w:r>
          </w:p>
        </w:tc>
        <w:tc>
          <w:tcPr>
            <w:tcW w:w="3960" w:type="dxa"/>
            <w:shd w:val="clear" w:color="auto" w:fill="FFFFFF"/>
          </w:tcPr>
          <w:p w14:paraId="6DA90B29" w14:textId="77777777" w:rsidR="00A52A76" w:rsidRDefault="003440D8">
            <w:r>
              <w:rPr>
                <w:b/>
                <w:sz w:val="18"/>
              </w:rPr>
              <w:t>Raphaël Confiant: »Jeanne. Baudelaires Frau von den Inseln«</w:t>
            </w:r>
          </w:p>
        </w:tc>
        <w:tc>
          <w:tcPr>
            <w:tcW w:w="2448" w:type="dxa"/>
            <w:shd w:val="clear" w:color="auto" w:fill="FFFFFF"/>
          </w:tcPr>
          <w:p w14:paraId="091E2620" w14:textId="77777777" w:rsidR="00A52A76" w:rsidRDefault="003440D8">
            <w:r>
              <w:rPr>
                <w:sz w:val="18"/>
              </w:rPr>
              <w:t>Litradukt</w:t>
            </w:r>
          </w:p>
        </w:tc>
        <w:tc>
          <w:tcPr>
            <w:tcW w:w="2088" w:type="dxa"/>
            <w:shd w:val="clear" w:color="auto" w:fill="FFFFFF"/>
          </w:tcPr>
          <w:p w14:paraId="64A94169" w14:textId="77777777" w:rsidR="00A52A76" w:rsidRDefault="003440D8">
            <w:r>
              <w:rPr>
                <w:sz w:val="18"/>
              </w:rPr>
              <w:t>Literatur | Lesung</w:t>
            </w:r>
          </w:p>
        </w:tc>
      </w:tr>
      <w:tr w:rsidR="00A52A76" w14:paraId="54DD97B1" w14:textId="77777777">
        <w:trPr>
          <w:jc w:val="center"/>
        </w:trPr>
        <w:tc>
          <w:tcPr>
            <w:tcW w:w="1008" w:type="dxa"/>
            <w:shd w:val="clear" w:color="auto" w:fill="EAF1F5"/>
          </w:tcPr>
          <w:p w14:paraId="322BC158" w14:textId="77777777" w:rsidR="00A52A76" w:rsidRDefault="003440D8">
            <w:r>
              <w:rPr>
                <w:b/>
                <w:sz w:val="18"/>
              </w:rPr>
              <w:t>17:00</w:t>
            </w:r>
          </w:p>
        </w:tc>
        <w:tc>
          <w:tcPr>
            <w:tcW w:w="3960" w:type="dxa"/>
            <w:shd w:val="clear" w:color="auto" w:fill="EAF1F5"/>
          </w:tcPr>
          <w:p w14:paraId="53A52D7A" w14:textId="77777777" w:rsidR="00A52A76" w:rsidRDefault="003440D8">
            <w:r>
              <w:rPr>
                <w:b/>
                <w:sz w:val="18"/>
              </w:rPr>
              <w:t>These Girls Forever! Ikonen feministischer Musikgeschichte</w:t>
            </w:r>
          </w:p>
        </w:tc>
        <w:tc>
          <w:tcPr>
            <w:tcW w:w="2448" w:type="dxa"/>
            <w:shd w:val="clear" w:color="auto" w:fill="EAF1F5"/>
          </w:tcPr>
          <w:p w14:paraId="02CE795D" w14:textId="77777777" w:rsidR="00A52A76" w:rsidRDefault="003440D8">
            <w:r>
              <w:rPr>
                <w:sz w:val="18"/>
              </w:rPr>
              <w:t>Ventil Verlag</w:t>
            </w:r>
          </w:p>
        </w:tc>
        <w:tc>
          <w:tcPr>
            <w:tcW w:w="2088" w:type="dxa"/>
            <w:shd w:val="clear" w:color="auto" w:fill="EAF1F5"/>
          </w:tcPr>
          <w:p w14:paraId="4612A8AC" w14:textId="77777777" w:rsidR="00A52A76" w:rsidRDefault="003440D8">
            <w:r>
              <w:rPr>
                <w:sz w:val="18"/>
              </w:rPr>
              <w:t>Sachbuch | Lesung</w:t>
            </w:r>
          </w:p>
        </w:tc>
      </w:tr>
    </w:tbl>
    <w:p w14:paraId="54113D89" w14:textId="77777777" w:rsidR="00A52A76" w:rsidRDefault="003440D8">
      <w:r>
        <w:br w:type="page"/>
      </w:r>
    </w:p>
    <w:p w14:paraId="3472A19D" w14:textId="77777777" w:rsidR="00A52A76" w:rsidRDefault="003440D8">
      <w:pPr>
        <w:pStyle w:val="berschrift1"/>
      </w:pPr>
      <w:r>
        <w:lastRenderedPageBreak/>
        <w:t>Kontakt und Trägerschaft</w:t>
      </w:r>
    </w:p>
    <w:p w14:paraId="2CAECCA4" w14:textId="77777777" w:rsidR="00A52A76" w:rsidRDefault="003440D8">
      <w:r>
        <w:t>Börsenverein des Deutschen Buchhandels – Landesverband Hessen, Rheinland-Pfalz, Saarland e. V.</w:t>
      </w:r>
    </w:p>
    <w:p w14:paraId="48ED89CB" w14:textId="77777777" w:rsidR="00A52A76" w:rsidRDefault="003440D8">
      <w:r>
        <w:t>Frankfurter Str. 1, 65189 Wiesbaden</w:t>
      </w:r>
    </w:p>
    <w:p w14:paraId="5BCBFEE5" w14:textId="77777777" w:rsidR="00A52A76" w:rsidRDefault="003440D8">
      <w:r>
        <w:t>Webseite: boersenverein-hrs.de</w:t>
      </w:r>
    </w:p>
    <w:p w14:paraId="3BFE8257" w14:textId="77777777" w:rsidR="00A52A76" w:rsidRDefault="003440D8">
      <w:r>
        <w:t>Instagram: instagram.com/boersenverein.hrs</w:t>
      </w:r>
    </w:p>
    <w:p w14:paraId="2DDB13B5" w14:textId="77777777" w:rsidR="00A52A76" w:rsidRDefault="003440D8">
      <w:r>
        <w:t>Facebook: facebook.com/boersenverein.landesverband.hrs</w:t>
      </w:r>
    </w:p>
    <w:p w14:paraId="488FC0E6" w14:textId="77777777" w:rsidR="00A52A76" w:rsidRDefault="003440D8">
      <w:r>
        <w:t>LinkedIn: linkedin.com/company/boersenverein-hrs</w:t>
      </w:r>
    </w:p>
    <w:p w14:paraId="4DE80F98" w14:textId="77777777" w:rsidR="00A52A76" w:rsidRDefault="003440D8">
      <w:pPr>
        <w:pStyle w:val="berschrift2"/>
      </w:pPr>
      <w:r>
        <w:t>Künstlerische Leitung, Koordination und Kontakt Presse</w:t>
      </w:r>
    </w:p>
    <w:p w14:paraId="5AAB2477" w14:textId="77777777" w:rsidR="00A52A76" w:rsidRDefault="003440D8">
      <w:r>
        <w:t>Miriam Spies | spies.rppodium@gmail.com | miriam-spies.de</w:t>
      </w:r>
    </w:p>
    <w:p w14:paraId="72A2D8CC" w14:textId="77777777" w:rsidR="00A52A76" w:rsidRDefault="003440D8">
      <w:pPr>
        <w:pStyle w:val="berschrift2"/>
      </w:pPr>
      <w:r>
        <w:t>Satz und Gestaltung</w:t>
      </w:r>
    </w:p>
    <w:p w14:paraId="6C63F5B4" w14:textId="77777777" w:rsidR="00A52A76" w:rsidRDefault="003440D8">
      <w:r>
        <w:t>Tim Klein | timkleindesign@icloud.com | @wellokaywhatever</w:t>
      </w:r>
    </w:p>
    <w:p w14:paraId="51D5F44C" w14:textId="77777777" w:rsidR="00A52A76" w:rsidRDefault="003440D8">
      <w:pPr>
        <w:pStyle w:val="berschrift2"/>
      </w:pPr>
      <w:r>
        <w:t>Wortmarke</w:t>
      </w:r>
    </w:p>
    <w:p w14:paraId="1809F5D5" w14:textId="77777777" w:rsidR="00A52A76" w:rsidRDefault="003440D8">
      <w:r>
        <w:t>Dr. Albert Ernst | albert-ernst.net</w:t>
      </w:r>
    </w:p>
    <w:sectPr w:rsidR="00A52A76" w:rsidSect="00034616">
      <w:footerReference w:type="default" r:id="rId8"/>
      <w:pgSz w:w="12240" w:h="15840"/>
      <w:pgMar w:top="936" w:right="1037" w:bottom="1008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11FD8" w14:textId="77777777" w:rsidR="003440D8" w:rsidRDefault="003440D8">
      <w:pPr>
        <w:spacing w:after="0" w:line="240" w:lineRule="auto"/>
      </w:pPr>
      <w:r>
        <w:separator/>
      </w:r>
    </w:p>
  </w:endnote>
  <w:endnote w:type="continuationSeparator" w:id="0">
    <w:p w14:paraId="3ACCBF44" w14:textId="77777777" w:rsidR="003440D8" w:rsidRDefault="00344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92C69" w14:textId="77777777" w:rsidR="00A52A76" w:rsidRDefault="003440D8">
    <w:pPr>
      <w:spacing w:before="60" w:after="0"/>
      <w:jc w:val="center"/>
    </w:pPr>
    <w:proofErr w:type="spellStart"/>
    <w:r>
      <w:rPr>
        <w:color w:val="5B6670"/>
        <w:sz w:val="16"/>
      </w:rPr>
      <w:t>Barrierefreie</w:t>
    </w:r>
    <w:proofErr w:type="spellEnd"/>
    <w:r>
      <w:rPr>
        <w:color w:val="5B6670"/>
        <w:sz w:val="16"/>
      </w:rPr>
      <w:t xml:space="preserve"> </w:t>
    </w:r>
    <w:proofErr w:type="spellStart"/>
    <w:r>
      <w:rPr>
        <w:color w:val="5B6670"/>
        <w:sz w:val="16"/>
      </w:rPr>
      <w:t>Fassung</w:t>
    </w:r>
    <w:proofErr w:type="spellEnd"/>
    <w:r>
      <w:rPr>
        <w:color w:val="5B6670"/>
        <w:sz w:val="16"/>
      </w:rPr>
      <w:t xml:space="preserve"> | </w:t>
    </w:r>
    <w:proofErr w:type="spellStart"/>
    <w:r>
      <w:rPr>
        <w:color w:val="5B6670"/>
        <w:sz w:val="16"/>
      </w:rPr>
      <w:t>Programmflyer</w:t>
    </w:r>
    <w:proofErr w:type="spellEnd"/>
    <w:r>
      <w:rPr>
        <w:color w:val="5B6670"/>
        <w:sz w:val="16"/>
      </w:rPr>
      <w:t xml:space="preserve"> Podium </w:t>
    </w:r>
    <w:proofErr w:type="spellStart"/>
    <w:r>
      <w:rPr>
        <w:color w:val="5B6670"/>
        <w:sz w:val="16"/>
      </w:rPr>
      <w:t>Rheinland</w:t>
    </w:r>
    <w:proofErr w:type="spellEnd"/>
    <w:r>
      <w:rPr>
        <w:color w:val="5B6670"/>
        <w:sz w:val="16"/>
      </w:rPr>
      <w:t xml:space="preserve">-Pfalz auf der Frankfurter </w:t>
    </w:r>
    <w:proofErr w:type="spellStart"/>
    <w:proofErr w:type="gramStart"/>
    <w:r>
      <w:rPr>
        <w:color w:val="5B6670"/>
        <w:sz w:val="16"/>
      </w:rPr>
      <w:t>Buchmesse</w:t>
    </w:r>
    <w:proofErr w:type="spellEnd"/>
    <w:r>
      <w:rPr>
        <w:color w:val="5B6670"/>
        <w:sz w:val="16"/>
      </w:rPr>
      <w:t xml:space="preserve">  |</w:t>
    </w:r>
    <w:proofErr w:type="gramEnd"/>
    <w:r>
      <w:rPr>
        <w:color w:val="5B6670"/>
        <w:sz w:val="16"/>
      </w:rPr>
      <w:t xml:space="preserve">  </w:t>
    </w:r>
    <w:proofErr w:type="spellStart"/>
    <w:r>
      <w:t>Seite</w:t>
    </w:r>
    <w:proofErr w:type="spellEnd"/>
    <w:r>
      <w:t xml:space="preserve"> </w:t>
    </w:r>
    <w:r>
      <w:fldChar w:fldCharType="begin"/>
    </w:r>
    <w:r>
      <w:instrText>PAGE</w:instrText>
    </w:r>
    <w:r>
      <w:fldChar w:fldCharType="separate"/>
    </w:r>
    <w:r w:rsidR="00573F2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FD077" w14:textId="77777777" w:rsidR="003440D8" w:rsidRDefault="003440D8">
      <w:pPr>
        <w:spacing w:after="0" w:line="240" w:lineRule="auto"/>
      </w:pPr>
      <w:r>
        <w:separator/>
      </w:r>
    </w:p>
  </w:footnote>
  <w:footnote w:type="continuationSeparator" w:id="0">
    <w:p w14:paraId="2F7E1DB8" w14:textId="77777777" w:rsidR="003440D8" w:rsidRDefault="003440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9854876">
    <w:abstractNumId w:val="8"/>
  </w:num>
  <w:num w:numId="2" w16cid:durableId="1490487190">
    <w:abstractNumId w:val="6"/>
  </w:num>
  <w:num w:numId="3" w16cid:durableId="605429109">
    <w:abstractNumId w:val="5"/>
  </w:num>
  <w:num w:numId="4" w16cid:durableId="1698431552">
    <w:abstractNumId w:val="4"/>
  </w:num>
  <w:num w:numId="5" w16cid:durableId="1859658452">
    <w:abstractNumId w:val="7"/>
  </w:num>
  <w:num w:numId="6" w16cid:durableId="1159416981">
    <w:abstractNumId w:val="3"/>
  </w:num>
  <w:num w:numId="7" w16cid:durableId="2048019059">
    <w:abstractNumId w:val="2"/>
  </w:num>
  <w:num w:numId="8" w16cid:durableId="1905409287">
    <w:abstractNumId w:val="1"/>
  </w:num>
  <w:num w:numId="9" w16cid:durableId="616331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40D8"/>
    <w:rsid w:val="003A1DEA"/>
    <w:rsid w:val="00573F25"/>
    <w:rsid w:val="008176E1"/>
    <w:rsid w:val="009B7D8F"/>
    <w:rsid w:val="00A52A76"/>
    <w:rsid w:val="00AA1D8D"/>
    <w:rsid w:val="00B47730"/>
    <w:rsid w:val="00CB0664"/>
    <w:rsid w:val="00DF59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712D39"/>
  <w14:defaultImageDpi w14:val="300"/>
  <w15:docId w15:val="{F395236C-8CFE-4642-9AB4-92E7A0A13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hAnsi="Arial"/>
      <w:color w:val="20262B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23A55"/>
      <w:sz w:val="3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23A55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23A55"/>
      <w:spacing w:val="5"/>
      <w:kern w:val="28"/>
      <w:sz w:val="4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D89248CA967A499114F0E22B56B044" ma:contentTypeVersion="15" ma:contentTypeDescription="Ein neues Dokument erstellen." ma:contentTypeScope="" ma:versionID="6ccbe46e3853e3aafa22fdf3b0383497">
  <xsd:schema xmlns:xsd="http://www.w3.org/2001/XMLSchema" xmlns:xs="http://www.w3.org/2001/XMLSchema" xmlns:p="http://schemas.microsoft.com/office/2006/metadata/properties" xmlns:ns2="cdab0b18-b5f5-40a0-b898-17c57b5957c2" xmlns:ns3="4158ff06-5517-4a19-8c46-702bddd54719" targetNamespace="http://schemas.microsoft.com/office/2006/metadata/properties" ma:root="true" ma:fieldsID="5702492c9471e40803b4beaa92b9c12c" ns2:_="" ns3:_="">
    <xsd:import namespace="cdab0b18-b5f5-40a0-b898-17c57b5957c2"/>
    <xsd:import namespace="4158ff06-5517-4a19-8c46-702bddd54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b0b18-b5f5-40a0-b898-17c57b5957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863d8cdb-3e16-4748-b248-3f44623df0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8ff06-5517-4a19-8c46-702bddd5471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48c6150-3611-4ab4-ad6a-4761aec6b84a}" ma:internalName="TaxCatchAll" ma:showField="CatchAllData" ma:web="4158ff06-5517-4a19-8c46-702bddd547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ab0b18-b5f5-40a0-b898-17c57b5957c2">
      <Terms xmlns="http://schemas.microsoft.com/office/infopath/2007/PartnerControls"/>
    </lcf76f155ced4ddcb4097134ff3c332f>
    <TaxCatchAll xmlns="4158ff06-5517-4a19-8c46-702bddd54719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38C12F-0E78-4709-A0D5-1EC8828DE744}"/>
</file>

<file path=customXml/itemProps3.xml><?xml version="1.0" encoding="utf-8"?>
<ds:datastoreItem xmlns:ds="http://schemas.openxmlformats.org/officeDocument/2006/customXml" ds:itemID="{B3183243-5FE9-4C65-BD2C-3C2D1D28527B}"/>
</file>

<file path=customXml/itemProps4.xml><?xml version="1.0" encoding="utf-8"?>
<ds:datastoreItem xmlns:ds="http://schemas.openxmlformats.org/officeDocument/2006/customXml" ds:itemID="{B925A8C4-8706-4C19-8E43-27CD40B8EF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1149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Barrierefreie Programmübersicht: Frankfurter Buchmesse 2026</dc:title>
  <dc:subject>Programm der Veranstaltungen in Halle 3.0, Stand E 133</dc:subject>
  <dc:creator>Börsenverein des Deutschen Buchhandels – Landesverband Hessen, Rheinland-Pfalz, Saarland e. V.</dc:creator>
  <cp:keywords>Frankfurter Buchmesse, Programm, Rheinland-Pfalz, barrierefrei</cp:keywords>
  <dc:description>generated by python-docx</dc:description>
  <cp:lastModifiedBy>Bettina Endres</cp:lastModifiedBy>
  <cp:revision>4</cp:revision>
  <dcterms:created xsi:type="dcterms:W3CDTF">2026-09-03T07:56:00Z</dcterms:created>
  <dcterms:modified xsi:type="dcterms:W3CDTF">2026-09-03T07:57:00Z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0x01010056D89248CA967A499114F0E22B56B044</vt:lpwstr>
  </property>
</Properties>
</file>